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801" w:rsidRDefault="00132087">
      <w:pPr>
        <w:jc w:val="center"/>
      </w:pPr>
      <w:bookmarkStart w:id="0" w:name="_GoBack"/>
      <w:bookmarkEnd w:id="0"/>
      <w:r>
        <w:rPr>
          <w:b/>
          <w:sz w:val="40"/>
        </w:rPr>
        <w:t>SERVICE RECEIPT</w:t>
      </w:r>
    </w:p>
    <w:p w:rsidR="00103801" w:rsidRDefault="00132087">
      <w:pPr>
        <w:jc w:val="center"/>
      </w:pPr>
      <w:r>
        <w:rPr>
          <w:i/>
        </w:rPr>
        <w:t>Proof of Payment for Services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Business Name:</w:t>
            </w:r>
          </w:p>
        </w:tc>
        <w:tc>
          <w:tcPr>
            <w:tcW w:w="5184" w:type="dxa"/>
          </w:tcPr>
          <w:p w:rsidR="00103801" w:rsidRDefault="00132087">
            <w:r>
              <w:t xml:space="preserve">   </w:t>
            </w:r>
          </w:p>
        </w:tc>
      </w:tr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Business Address:</w:t>
            </w:r>
          </w:p>
        </w:tc>
        <w:tc>
          <w:tcPr>
            <w:tcW w:w="5184" w:type="dxa"/>
          </w:tcPr>
          <w:p w:rsidR="00103801" w:rsidRDefault="00132087">
            <w:r>
              <w:t xml:space="preserve">   </w:t>
            </w:r>
          </w:p>
        </w:tc>
      </w:tr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Phone / Email:</w:t>
            </w:r>
          </w:p>
        </w:tc>
        <w:tc>
          <w:tcPr>
            <w:tcW w:w="5184" w:type="dxa"/>
          </w:tcPr>
          <w:p w:rsidR="00103801" w:rsidRDefault="00132087">
            <w:r>
              <w:t xml:space="preserve">   </w:t>
            </w:r>
          </w:p>
        </w:tc>
      </w:tr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Receipt Number:</w:t>
            </w:r>
          </w:p>
        </w:tc>
        <w:tc>
          <w:tcPr>
            <w:tcW w:w="5184" w:type="dxa"/>
          </w:tcPr>
          <w:p w:rsidR="00103801" w:rsidRDefault="00132087">
            <w:r>
              <w:t xml:space="preserve">   </w:t>
            </w:r>
          </w:p>
        </w:tc>
      </w:tr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Receipt Date:</w:t>
            </w:r>
          </w:p>
        </w:tc>
        <w:tc>
          <w:tcPr>
            <w:tcW w:w="5184" w:type="dxa"/>
          </w:tcPr>
          <w:p w:rsidR="00103801" w:rsidRDefault="00132087">
            <w:r>
              <w:t xml:space="preserve">   </w:t>
            </w:r>
          </w:p>
        </w:tc>
      </w:tr>
    </w:tbl>
    <w:p w:rsidR="00103801" w:rsidRDefault="0010380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Customer Name:</w:t>
            </w:r>
          </w:p>
        </w:tc>
        <w:tc>
          <w:tcPr>
            <w:tcW w:w="518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Customer Contact:</w:t>
            </w:r>
          </w:p>
        </w:tc>
        <w:tc>
          <w:tcPr>
            <w:tcW w:w="518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Payment Method:</w:t>
            </w:r>
          </w:p>
        </w:tc>
        <w:tc>
          <w:tcPr>
            <w:tcW w:w="5184" w:type="dxa"/>
          </w:tcPr>
          <w:p w:rsidR="00103801" w:rsidRDefault="00132087">
            <w:r>
              <w:t>Cash / Check / Card / Bank Transfer / Other</w:t>
            </w:r>
          </w:p>
        </w:tc>
      </w:tr>
    </w:tbl>
    <w:p w:rsidR="00103801" w:rsidRDefault="0010380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  <w:gridCol w:w="2074"/>
      </w:tblGrid>
      <w:tr w:rsidR="00103801">
        <w:trPr>
          <w:jc w:val="center"/>
        </w:trPr>
        <w:tc>
          <w:tcPr>
            <w:tcW w:w="2074" w:type="dxa"/>
            <w:vAlign w:val="center"/>
          </w:tcPr>
          <w:p w:rsidR="00103801" w:rsidRDefault="00132087">
            <w:r>
              <w:rPr>
                <w:b/>
              </w:rPr>
              <w:t>Description of Service</w:t>
            </w:r>
          </w:p>
        </w:tc>
        <w:tc>
          <w:tcPr>
            <w:tcW w:w="2074" w:type="dxa"/>
            <w:vAlign w:val="center"/>
          </w:tcPr>
          <w:p w:rsidR="00103801" w:rsidRDefault="00132087">
            <w:r>
              <w:rPr>
                <w:b/>
              </w:rPr>
              <w:t>Quantity</w:t>
            </w:r>
          </w:p>
        </w:tc>
        <w:tc>
          <w:tcPr>
            <w:tcW w:w="2074" w:type="dxa"/>
            <w:vAlign w:val="center"/>
          </w:tcPr>
          <w:p w:rsidR="00103801" w:rsidRDefault="00132087">
            <w:r>
              <w:rPr>
                <w:b/>
              </w:rPr>
              <w:t>Rate</w:t>
            </w:r>
          </w:p>
        </w:tc>
        <w:tc>
          <w:tcPr>
            <w:tcW w:w="2074" w:type="dxa"/>
            <w:vAlign w:val="center"/>
          </w:tcPr>
          <w:p w:rsidR="00103801" w:rsidRDefault="00132087">
            <w:r>
              <w:rPr>
                <w:b/>
              </w:rPr>
              <w:t>Amount</w:t>
            </w:r>
          </w:p>
        </w:tc>
        <w:tc>
          <w:tcPr>
            <w:tcW w:w="2074" w:type="dxa"/>
            <w:vAlign w:val="center"/>
          </w:tcPr>
          <w:p w:rsidR="00103801" w:rsidRDefault="00132087">
            <w:r>
              <w:rPr>
                <w:b/>
              </w:rPr>
              <w:t>Notes</w:t>
            </w:r>
          </w:p>
        </w:tc>
      </w:tr>
      <w:tr w:rsidR="00103801">
        <w:trPr>
          <w:jc w:val="center"/>
        </w:trPr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6222" w:type="dxa"/>
            <w:gridSpan w:val="3"/>
          </w:tcPr>
          <w:p w:rsidR="00103801" w:rsidRDefault="00132087">
            <w:r>
              <w:rPr>
                <w:b/>
              </w:rPr>
              <w:t>Subtotal:</w:t>
            </w:r>
          </w:p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6222" w:type="dxa"/>
            <w:gridSpan w:val="3"/>
          </w:tcPr>
          <w:p w:rsidR="00103801" w:rsidRDefault="00132087">
            <w:r>
              <w:rPr>
                <w:b/>
              </w:rPr>
              <w:t>Discount:</w:t>
            </w:r>
          </w:p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6222" w:type="dxa"/>
            <w:gridSpan w:val="3"/>
          </w:tcPr>
          <w:p w:rsidR="00103801" w:rsidRDefault="00132087">
            <w:r>
              <w:rPr>
                <w:b/>
              </w:rPr>
              <w:t>Tax:</w:t>
            </w:r>
          </w:p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6222" w:type="dxa"/>
            <w:gridSpan w:val="3"/>
          </w:tcPr>
          <w:p w:rsidR="00103801" w:rsidRDefault="00132087">
            <w:r>
              <w:rPr>
                <w:b/>
              </w:rPr>
              <w:t>Total Amount:</w:t>
            </w:r>
          </w:p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6222" w:type="dxa"/>
            <w:gridSpan w:val="3"/>
          </w:tcPr>
          <w:p w:rsidR="00103801" w:rsidRDefault="00132087">
            <w:r>
              <w:rPr>
                <w:b/>
              </w:rPr>
              <w:t>Amount Paid:</w:t>
            </w:r>
          </w:p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6222" w:type="dxa"/>
            <w:gridSpan w:val="3"/>
          </w:tcPr>
          <w:p w:rsidR="00103801" w:rsidRDefault="00132087">
            <w:r>
              <w:rPr>
                <w:b/>
              </w:rPr>
              <w:t>Balance Due:</w:t>
            </w:r>
          </w:p>
        </w:tc>
        <w:tc>
          <w:tcPr>
            <w:tcW w:w="2074" w:type="dxa"/>
          </w:tcPr>
          <w:p w:rsidR="00103801" w:rsidRDefault="00103801"/>
        </w:tc>
        <w:tc>
          <w:tcPr>
            <w:tcW w:w="2074" w:type="dxa"/>
          </w:tcPr>
          <w:p w:rsidR="00103801" w:rsidRDefault="00103801"/>
        </w:tc>
      </w:tr>
    </w:tbl>
    <w:p w:rsidR="00103801" w:rsidRDefault="00103801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84"/>
        <w:gridCol w:w="5184"/>
      </w:tblGrid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Payment Status:</w:t>
            </w:r>
          </w:p>
        </w:tc>
        <w:tc>
          <w:tcPr>
            <w:tcW w:w="5184" w:type="dxa"/>
          </w:tcPr>
          <w:p w:rsidR="00103801" w:rsidRDefault="00132087">
            <w:r>
              <w:t>Paid in Full / Partially Paid / Unpaid</w:t>
            </w:r>
          </w:p>
        </w:tc>
      </w:tr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Notes / Terms:</w:t>
            </w:r>
          </w:p>
        </w:tc>
        <w:tc>
          <w:tcPr>
            <w:tcW w:w="5184" w:type="dxa"/>
          </w:tcPr>
          <w:p w:rsidR="00103801" w:rsidRDefault="00103801"/>
        </w:tc>
      </w:tr>
      <w:tr w:rsidR="00103801">
        <w:trPr>
          <w:jc w:val="center"/>
        </w:trPr>
        <w:tc>
          <w:tcPr>
            <w:tcW w:w="5184" w:type="dxa"/>
          </w:tcPr>
          <w:p w:rsidR="00103801" w:rsidRDefault="00132087">
            <w:r>
              <w:rPr>
                <w:b/>
              </w:rPr>
              <w:t>Authorized By:</w:t>
            </w:r>
          </w:p>
        </w:tc>
        <w:tc>
          <w:tcPr>
            <w:tcW w:w="5184" w:type="dxa"/>
          </w:tcPr>
          <w:p w:rsidR="00103801" w:rsidRDefault="00103801"/>
        </w:tc>
      </w:tr>
    </w:tbl>
    <w:p w:rsidR="00103801" w:rsidRDefault="00103801"/>
    <w:p w:rsidR="00103801" w:rsidRDefault="00132087">
      <w:pPr>
        <w:jc w:val="center"/>
      </w:pPr>
      <w:r>
        <w:rPr>
          <w:b/>
        </w:rPr>
        <w:t>Thank you for your business!</w:t>
      </w:r>
    </w:p>
    <w:sectPr w:rsidR="00103801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03801"/>
    <w:rsid w:val="00132087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192634F4-A6B3-4C6F-9861-455E46057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03B4BC-E92F-41F1-9A85-334EEC4A7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2</cp:revision>
  <dcterms:created xsi:type="dcterms:W3CDTF">2026-09-17T10:54:00Z</dcterms:created>
  <dcterms:modified xsi:type="dcterms:W3CDTF">2026-09-17T10:54:00Z</dcterms:modified>
  <cp:category/>
</cp:coreProperties>
</file>