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3091" w:rsidRDefault="00E6444B">
      <w:pPr>
        <w:jc w:val="center"/>
      </w:pPr>
      <w:bookmarkStart w:id="0" w:name="_GoBack"/>
      <w:bookmarkEnd w:id="0"/>
      <w:r>
        <w:rPr>
          <w:b/>
          <w:sz w:val="44"/>
        </w:rPr>
        <w:t>DELIVERY NOTE</w:t>
      </w:r>
    </w:p>
    <w:p w:rsidR="00F63091" w:rsidRDefault="00E6444B">
      <w:pPr>
        <w:jc w:val="center"/>
      </w:pPr>
      <w:r>
        <w:rPr>
          <w:i/>
          <w:sz w:val="18"/>
        </w:rPr>
        <w:t>Editable Microsoft Word Template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81"/>
        <w:gridCol w:w="5347"/>
      </w:tblGrid>
      <w:tr w:rsidR="00F63091">
        <w:trPr>
          <w:jc w:val="center"/>
        </w:trPr>
        <w:tc>
          <w:tcPr>
            <w:tcW w:w="5472" w:type="dxa"/>
            <w:shd w:val="clear" w:color="auto" w:fill="E7EEF7"/>
            <w:vAlign w:val="center"/>
          </w:tcPr>
          <w:p w:rsidR="00F63091" w:rsidRDefault="00E6444B">
            <w:r>
              <w:rPr>
                <w:b/>
                <w:sz w:val="18"/>
              </w:rPr>
              <w:t>BUSINESS / SUPPLIER</w:t>
            </w:r>
          </w:p>
        </w:tc>
        <w:tc>
          <w:tcPr>
            <w:tcW w:w="5472" w:type="dxa"/>
            <w:shd w:val="clear" w:color="auto" w:fill="E7EEF7"/>
            <w:vAlign w:val="center"/>
          </w:tcPr>
          <w:p w:rsidR="00F63091" w:rsidRDefault="00E6444B">
            <w:r>
              <w:rPr>
                <w:b/>
                <w:sz w:val="18"/>
              </w:rPr>
              <w:t>DELIVERY NOTE NO.</w:t>
            </w:r>
          </w:p>
        </w:tc>
      </w:tr>
      <w:tr w:rsidR="00F63091">
        <w:trPr>
          <w:jc w:val="center"/>
        </w:trPr>
        <w:tc>
          <w:tcPr>
            <w:tcW w:w="5472" w:type="dxa"/>
            <w:vAlign w:val="center"/>
          </w:tcPr>
          <w:p w:rsidR="00F63091" w:rsidRDefault="00E6444B">
            <w:r>
              <w:rPr>
                <w:sz w:val="18"/>
              </w:rPr>
              <w:t>Business Name: ______________________________</w:t>
            </w:r>
          </w:p>
        </w:tc>
        <w:tc>
          <w:tcPr>
            <w:tcW w:w="5472" w:type="dxa"/>
            <w:vAlign w:val="center"/>
          </w:tcPr>
          <w:p w:rsidR="00F63091" w:rsidRDefault="00E6444B">
            <w:r>
              <w:rPr>
                <w:sz w:val="18"/>
              </w:rPr>
              <w:t>DN-________________________</w:t>
            </w:r>
          </w:p>
        </w:tc>
      </w:tr>
      <w:tr w:rsidR="00F63091">
        <w:trPr>
          <w:jc w:val="center"/>
        </w:trPr>
        <w:tc>
          <w:tcPr>
            <w:tcW w:w="5472" w:type="dxa"/>
            <w:vAlign w:val="center"/>
          </w:tcPr>
          <w:p w:rsidR="00F63091" w:rsidRDefault="00E6444B">
            <w:r>
              <w:rPr>
                <w:sz w:val="18"/>
              </w:rPr>
              <w:t>Address: ____________________________________</w:t>
            </w:r>
            <w:r>
              <w:rPr>
                <w:sz w:val="18"/>
              </w:rPr>
              <w:br/>
              <w:t xml:space="preserve">Phone: __________________  Email: </w:t>
            </w:r>
            <w:r>
              <w:rPr>
                <w:sz w:val="18"/>
              </w:rPr>
              <w:t>__________________</w:t>
            </w:r>
          </w:p>
        </w:tc>
        <w:tc>
          <w:tcPr>
            <w:tcW w:w="5472" w:type="dxa"/>
            <w:vAlign w:val="center"/>
          </w:tcPr>
          <w:p w:rsidR="00F63091" w:rsidRDefault="00E6444B">
            <w:r>
              <w:rPr>
                <w:sz w:val="18"/>
              </w:rPr>
              <w:t>Delivery Date: ______________________________</w:t>
            </w:r>
            <w:r>
              <w:rPr>
                <w:sz w:val="18"/>
              </w:rPr>
              <w:br/>
              <w:t>Order / PO No.: _____________________________</w:t>
            </w:r>
          </w:p>
        </w:tc>
      </w:tr>
      <w:tr w:rsidR="00F63091">
        <w:trPr>
          <w:jc w:val="center"/>
        </w:trPr>
        <w:tc>
          <w:tcPr>
            <w:tcW w:w="5472" w:type="dxa"/>
            <w:vAlign w:val="center"/>
          </w:tcPr>
          <w:p w:rsidR="00F63091" w:rsidRDefault="00E6444B">
            <w:r>
              <w:rPr>
                <w:sz w:val="18"/>
              </w:rPr>
              <w:t>Website: ____________________________________</w:t>
            </w:r>
          </w:p>
        </w:tc>
        <w:tc>
          <w:tcPr>
            <w:tcW w:w="5472" w:type="dxa"/>
            <w:vAlign w:val="center"/>
          </w:tcPr>
          <w:p w:rsidR="00F63091" w:rsidRDefault="00E6444B">
            <w:r>
              <w:rPr>
                <w:sz w:val="18"/>
              </w:rPr>
              <w:t>Delivery Method / Driver: _____________________</w:t>
            </w:r>
          </w:p>
        </w:tc>
      </w:tr>
    </w:tbl>
    <w:p w:rsidR="00F63091" w:rsidRDefault="00F630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F63091">
        <w:trPr>
          <w:jc w:val="center"/>
        </w:trPr>
        <w:tc>
          <w:tcPr>
            <w:tcW w:w="5256" w:type="dxa"/>
            <w:shd w:val="clear" w:color="auto" w:fill="E7EEF7"/>
            <w:vAlign w:val="center"/>
          </w:tcPr>
          <w:p w:rsidR="00F63091" w:rsidRDefault="00E6444B">
            <w:r>
              <w:rPr>
                <w:b/>
                <w:sz w:val="18"/>
              </w:rPr>
              <w:t>CUSTOMER / RECIPIENT</w:t>
            </w:r>
          </w:p>
        </w:tc>
        <w:tc>
          <w:tcPr>
            <w:tcW w:w="5256" w:type="dxa"/>
            <w:shd w:val="clear" w:color="auto" w:fill="E7EEF7"/>
            <w:vAlign w:val="center"/>
          </w:tcPr>
          <w:p w:rsidR="00F63091" w:rsidRDefault="00E6444B">
            <w:r>
              <w:rPr>
                <w:b/>
                <w:sz w:val="18"/>
              </w:rPr>
              <w:t>DELIVERY ADDRESS</w:t>
            </w:r>
          </w:p>
        </w:tc>
      </w:tr>
      <w:tr w:rsidR="00F63091">
        <w:trPr>
          <w:jc w:val="center"/>
        </w:trPr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 xml:space="preserve">Customer </w:t>
            </w:r>
            <w:r>
              <w:rPr>
                <w:sz w:val="18"/>
              </w:rPr>
              <w:t>Name: ______________________________</w:t>
            </w:r>
            <w:r>
              <w:rPr>
                <w:sz w:val="18"/>
              </w:rPr>
              <w:br/>
              <w:t>Company: ___________________________________</w:t>
            </w:r>
          </w:p>
        </w:tc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Address: ____________________________________</w:t>
            </w:r>
            <w:r>
              <w:rPr>
                <w:sz w:val="18"/>
              </w:rPr>
              <w:br/>
              <w:t>City / Town: _________________________________</w:t>
            </w:r>
          </w:p>
        </w:tc>
      </w:tr>
      <w:tr w:rsidR="00F63091">
        <w:trPr>
          <w:jc w:val="center"/>
        </w:trPr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Phone / Email: _______________________________</w:t>
            </w:r>
          </w:p>
        </w:tc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Contact Person: _________________</w:t>
            </w:r>
            <w:r>
              <w:rPr>
                <w:sz w:val="18"/>
              </w:rPr>
              <w:t>_____________</w:t>
            </w:r>
          </w:p>
        </w:tc>
      </w:tr>
    </w:tbl>
    <w:p w:rsidR="00F63091" w:rsidRDefault="00F63091"/>
    <w:p w:rsidR="00F63091" w:rsidRDefault="00E6444B">
      <w:r>
        <w:rPr>
          <w:b/>
          <w:sz w:val="22"/>
        </w:rPr>
        <w:t>ITEMS DELIVERED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02"/>
        <w:gridCol w:w="2102"/>
        <w:gridCol w:w="2102"/>
        <w:gridCol w:w="2102"/>
        <w:gridCol w:w="2102"/>
      </w:tblGrid>
      <w:tr w:rsidR="00F63091">
        <w:trPr>
          <w:jc w:val="center"/>
        </w:trPr>
        <w:tc>
          <w:tcPr>
            <w:tcW w:w="2102" w:type="dxa"/>
            <w:shd w:val="clear" w:color="auto" w:fill="D9E5F2"/>
            <w:vAlign w:val="center"/>
          </w:tcPr>
          <w:p w:rsidR="00F63091" w:rsidRDefault="00E6444B">
            <w:pPr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2102" w:type="dxa"/>
            <w:shd w:val="clear" w:color="auto" w:fill="D9E5F2"/>
            <w:vAlign w:val="center"/>
          </w:tcPr>
          <w:p w:rsidR="00F63091" w:rsidRDefault="00E6444B">
            <w:pPr>
              <w:jc w:val="center"/>
            </w:pPr>
            <w:r>
              <w:rPr>
                <w:b/>
                <w:sz w:val="18"/>
              </w:rPr>
              <w:t>Item / Product Description</w:t>
            </w:r>
          </w:p>
        </w:tc>
        <w:tc>
          <w:tcPr>
            <w:tcW w:w="2102" w:type="dxa"/>
            <w:shd w:val="clear" w:color="auto" w:fill="D9E5F2"/>
            <w:vAlign w:val="center"/>
          </w:tcPr>
          <w:p w:rsidR="00F63091" w:rsidRDefault="00E6444B">
            <w:pPr>
              <w:jc w:val="center"/>
            </w:pPr>
            <w:r>
              <w:rPr>
                <w:b/>
                <w:sz w:val="18"/>
              </w:rPr>
              <w:t>Quantity</w:t>
            </w:r>
          </w:p>
        </w:tc>
        <w:tc>
          <w:tcPr>
            <w:tcW w:w="2102" w:type="dxa"/>
            <w:shd w:val="clear" w:color="auto" w:fill="D9E5F2"/>
            <w:vAlign w:val="center"/>
          </w:tcPr>
          <w:p w:rsidR="00F63091" w:rsidRDefault="00E6444B">
            <w:pPr>
              <w:jc w:val="center"/>
            </w:pPr>
            <w:r>
              <w:rPr>
                <w:b/>
                <w:sz w:val="18"/>
              </w:rPr>
              <w:t>Unit</w:t>
            </w:r>
          </w:p>
        </w:tc>
        <w:tc>
          <w:tcPr>
            <w:tcW w:w="2102" w:type="dxa"/>
            <w:shd w:val="clear" w:color="auto" w:fill="D9E5F2"/>
            <w:vAlign w:val="center"/>
          </w:tcPr>
          <w:p w:rsidR="00F63091" w:rsidRDefault="00E6444B">
            <w:pPr>
              <w:jc w:val="center"/>
            </w:pPr>
            <w:r>
              <w:rPr>
                <w:b/>
                <w:sz w:val="18"/>
              </w:rPr>
              <w:t>Remarks</w:t>
            </w:r>
          </w:p>
        </w:tc>
      </w:tr>
      <w:tr w:rsidR="00F63091">
        <w:trPr>
          <w:jc w:val="center"/>
        </w:trPr>
        <w:tc>
          <w:tcPr>
            <w:tcW w:w="2102" w:type="dxa"/>
            <w:vAlign w:val="center"/>
          </w:tcPr>
          <w:p w:rsidR="00F63091" w:rsidRDefault="00E6444B"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102" w:type="dxa"/>
            <w:vAlign w:val="center"/>
          </w:tcPr>
          <w:p w:rsidR="00F63091" w:rsidRDefault="00F63091"/>
        </w:tc>
        <w:tc>
          <w:tcPr>
            <w:tcW w:w="2102" w:type="dxa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vAlign w:val="center"/>
          </w:tcPr>
          <w:p w:rsidR="00F63091" w:rsidRDefault="00F63091"/>
        </w:tc>
      </w:tr>
      <w:tr w:rsidR="00F63091">
        <w:trPr>
          <w:jc w:val="center"/>
        </w:trPr>
        <w:tc>
          <w:tcPr>
            <w:tcW w:w="2102" w:type="dxa"/>
            <w:shd w:val="clear" w:color="auto" w:fill="F7F9FB"/>
            <w:vAlign w:val="center"/>
          </w:tcPr>
          <w:p w:rsidR="00F63091" w:rsidRDefault="00E6444B"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/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/>
        </w:tc>
      </w:tr>
      <w:tr w:rsidR="00F63091">
        <w:trPr>
          <w:jc w:val="center"/>
        </w:trPr>
        <w:tc>
          <w:tcPr>
            <w:tcW w:w="2102" w:type="dxa"/>
            <w:vAlign w:val="center"/>
          </w:tcPr>
          <w:p w:rsidR="00F63091" w:rsidRDefault="00E6444B"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102" w:type="dxa"/>
            <w:vAlign w:val="center"/>
          </w:tcPr>
          <w:p w:rsidR="00F63091" w:rsidRDefault="00F63091"/>
        </w:tc>
        <w:tc>
          <w:tcPr>
            <w:tcW w:w="2102" w:type="dxa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vAlign w:val="center"/>
          </w:tcPr>
          <w:p w:rsidR="00F63091" w:rsidRDefault="00F63091"/>
        </w:tc>
      </w:tr>
      <w:tr w:rsidR="00F63091">
        <w:trPr>
          <w:jc w:val="center"/>
        </w:trPr>
        <w:tc>
          <w:tcPr>
            <w:tcW w:w="2102" w:type="dxa"/>
            <w:shd w:val="clear" w:color="auto" w:fill="F7F9FB"/>
            <w:vAlign w:val="center"/>
          </w:tcPr>
          <w:p w:rsidR="00F63091" w:rsidRDefault="00E6444B">
            <w:pPr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/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/>
        </w:tc>
      </w:tr>
      <w:tr w:rsidR="00F63091">
        <w:trPr>
          <w:jc w:val="center"/>
        </w:trPr>
        <w:tc>
          <w:tcPr>
            <w:tcW w:w="2102" w:type="dxa"/>
            <w:vAlign w:val="center"/>
          </w:tcPr>
          <w:p w:rsidR="00F63091" w:rsidRDefault="00E6444B">
            <w:pPr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102" w:type="dxa"/>
            <w:vAlign w:val="center"/>
          </w:tcPr>
          <w:p w:rsidR="00F63091" w:rsidRDefault="00F63091"/>
        </w:tc>
        <w:tc>
          <w:tcPr>
            <w:tcW w:w="2102" w:type="dxa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vAlign w:val="center"/>
          </w:tcPr>
          <w:p w:rsidR="00F63091" w:rsidRDefault="00F63091"/>
        </w:tc>
      </w:tr>
      <w:tr w:rsidR="00F63091">
        <w:trPr>
          <w:jc w:val="center"/>
        </w:trPr>
        <w:tc>
          <w:tcPr>
            <w:tcW w:w="2102" w:type="dxa"/>
            <w:shd w:val="clear" w:color="auto" w:fill="F7F9FB"/>
            <w:vAlign w:val="center"/>
          </w:tcPr>
          <w:p w:rsidR="00F63091" w:rsidRDefault="00E6444B">
            <w:pPr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/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>
            <w:pPr>
              <w:jc w:val="center"/>
            </w:pPr>
          </w:p>
        </w:tc>
        <w:tc>
          <w:tcPr>
            <w:tcW w:w="2102" w:type="dxa"/>
            <w:shd w:val="clear" w:color="auto" w:fill="F7F9FB"/>
            <w:vAlign w:val="center"/>
          </w:tcPr>
          <w:p w:rsidR="00F63091" w:rsidRDefault="00F63091"/>
        </w:tc>
      </w:tr>
    </w:tbl>
    <w:p w:rsidR="00F63091" w:rsidRDefault="00F6309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12"/>
      </w:tblGrid>
      <w:tr w:rsidR="00F63091">
        <w:tc>
          <w:tcPr>
            <w:tcW w:w="10512" w:type="dxa"/>
            <w:shd w:val="clear" w:color="auto" w:fill="E7EEF7"/>
            <w:vAlign w:val="center"/>
          </w:tcPr>
          <w:p w:rsidR="00F63091" w:rsidRDefault="00E6444B">
            <w:r>
              <w:rPr>
                <w:b/>
                <w:sz w:val="18"/>
              </w:rPr>
              <w:t>DELIVERY NOTES / SPECIAL INSTRUCTIONS</w:t>
            </w:r>
          </w:p>
        </w:tc>
      </w:tr>
      <w:tr w:rsidR="00F63091">
        <w:tc>
          <w:tcPr>
            <w:tcW w:w="10512" w:type="dxa"/>
            <w:vAlign w:val="center"/>
          </w:tcPr>
          <w:p w:rsidR="00F63091" w:rsidRDefault="00E6444B">
            <w:r>
              <w:rPr>
                <w:sz w:val="18"/>
              </w:rPr>
              <w:t>________________________________________________________________________________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>________________________________________________________________________________</w:t>
            </w:r>
          </w:p>
        </w:tc>
      </w:tr>
      <w:tr w:rsidR="00F63091">
        <w:tc>
          <w:tcPr>
            <w:tcW w:w="10512" w:type="dxa"/>
            <w:vAlign w:val="center"/>
          </w:tcPr>
          <w:p w:rsidR="00F63091" w:rsidRDefault="00E6444B">
            <w:r>
              <w:rPr>
                <w:sz w:val="18"/>
              </w:rPr>
              <w:t>Condition of goods / exceptions: ______________________________________________________________</w:t>
            </w:r>
          </w:p>
        </w:tc>
      </w:tr>
    </w:tbl>
    <w:p w:rsidR="00F63091" w:rsidRDefault="00F6309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</w:tblGrid>
      <w:tr w:rsidR="00F63091">
        <w:trPr>
          <w:jc w:val="center"/>
        </w:trPr>
        <w:tc>
          <w:tcPr>
            <w:tcW w:w="5256" w:type="dxa"/>
            <w:shd w:val="clear" w:color="auto" w:fill="E7EEF7"/>
            <w:vAlign w:val="center"/>
          </w:tcPr>
          <w:p w:rsidR="00F63091" w:rsidRDefault="00E6444B">
            <w:r>
              <w:rPr>
                <w:b/>
                <w:sz w:val="18"/>
              </w:rPr>
              <w:t>DELIVERED BY</w:t>
            </w:r>
          </w:p>
        </w:tc>
        <w:tc>
          <w:tcPr>
            <w:tcW w:w="5256" w:type="dxa"/>
            <w:shd w:val="clear" w:color="auto" w:fill="E7EEF7"/>
            <w:vAlign w:val="center"/>
          </w:tcPr>
          <w:p w:rsidR="00F63091" w:rsidRDefault="00E6444B">
            <w:r>
              <w:rPr>
                <w:b/>
                <w:sz w:val="18"/>
              </w:rPr>
              <w:t>RECEIVED BY</w:t>
            </w:r>
          </w:p>
        </w:tc>
      </w:tr>
      <w:tr w:rsidR="00F63091">
        <w:trPr>
          <w:jc w:val="center"/>
        </w:trPr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Name: ______________________________________</w:t>
            </w:r>
          </w:p>
        </w:tc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Name:</w:t>
            </w:r>
            <w:r>
              <w:rPr>
                <w:sz w:val="18"/>
              </w:rPr>
              <w:t xml:space="preserve"> ______________________________________</w:t>
            </w:r>
          </w:p>
        </w:tc>
      </w:tr>
      <w:tr w:rsidR="00F63091">
        <w:trPr>
          <w:jc w:val="center"/>
        </w:trPr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Signature: __________________________________</w:t>
            </w:r>
          </w:p>
        </w:tc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Signature: __________________________________</w:t>
            </w:r>
          </w:p>
        </w:tc>
      </w:tr>
      <w:tr w:rsidR="00F63091">
        <w:trPr>
          <w:jc w:val="center"/>
        </w:trPr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Date / Time: _________________________________</w:t>
            </w:r>
          </w:p>
        </w:tc>
        <w:tc>
          <w:tcPr>
            <w:tcW w:w="5256" w:type="dxa"/>
            <w:vAlign w:val="center"/>
          </w:tcPr>
          <w:p w:rsidR="00F63091" w:rsidRDefault="00E6444B">
            <w:r>
              <w:rPr>
                <w:sz w:val="18"/>
              </w:rPr>
              <w:t>Date / Time: _________________________________</w:t>
            </w:r>
          </w:p>
        </w:tc>
      </w:tr>
    </w:tbl>
    <w:p w:rsidR="00F63091" w:rsidRDefault="00F63091"/>
    <w:p w:rsidR="00F63091" w:rsidRDefault="00E6444B">
      <w:pPr>
        <w:jc w:val="center"/>
      </w:pPr>
      <w:r>
        <w:rPr>
          <w:i/>
          <w:sz w:val="16"/>
        </w:rPr>
        <w:t xml:space="preserve">This delivery note </w:t>
      </w:r>
      <w:r>
        <w:rPr>
          <w:i/>
          <w:sz w:val="16"/>
        </w:rPr>
        <w:t>confirms the items listed above were delivered/received. It is not a tax invoice unless otherwise stated.</w:t>
      </w:r>
    </w:p>
    <w:sectPr w:rsidR="00F63091" w:rsidSect="00034616">
      <w:footerReference w:type="default" r:id="rId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44B" w:rsidRDefault="00E6444B">
      <w:pPr>
        <w:spacing w:after="0" w:line="240" w:lineRule="auto"/>
      </w:pPr>
      <w:r>
        <w:separator/>
      </w:r>
    </w:p>
  </w:endnote>
  <w:endnote w:type="continuationSeparator" w:id="0">
    <w:p w:rsidR="00E6444B" w:rsidRDefault="00E6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091" w:rsidRDefault="00E6444B">
    <w:pPr>
      <w:pStyle w:val="Footer"/>
      <w:jc w:val="center"/>
    </w:pPr>
    <w:r>
      <w:rPr>
        <w:sz w:val="16"/>
      </w:rPr>
      <w:t>Delivery Note Template | Editable in Microsoft Word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44B" w:rsidRDefault="00E6444B">
      <w:pPr>
        <w:spacing w:after="0" w:line="240" w:lineRule="auto"/>
      </w:pPr>
      <w:r>
        <w:separator/>
      </w:r>
    </w:p>
  </w:footnote>
  <w:footnote w:type="continuationSeparator" w:id="0">
    <w:p w:rsidR="00E6444B" w:rsidRDefault="00E644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4E48"/>
    <w:rsid w:val="00AA1D8D"/>
    <w:rsid w:val="00B47730"/>
    <w:rsid w:val="00CB0664"/>
    <w:rsid w:val="00E6444B"/>
    <w:rsid w:val="00F630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79DF92F-97C1-4B49-B814-D2E20F99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D9F715-9405-4729-AFA6-2888EAD5B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1610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2026-10-04T14:07:00Z</dcterms:created>
  <dcterms:modified xsi:type="dcterms:W3CDTF">2026-10-04T14:07:00Z</dcterms:modified>
  <cp:category/>
</cp:coreProperties>
</file>