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05E" w:rsidRDefault="00A52BC6">
      <w:pPr>
        <w:spacing w:after="40"/>
      </w:pPr>
      <w:r>
        <w:rPr>
          <w:b/>
        </w:rPr>
        <w:t>CVS Pharmacy®</w:t>
      </w:r>
    </w:p>
    <w:p w:rsidR="0007305E" w:rsidRDefault="00A52BC6">
      <w:pPr>
        <w:spacing w:after="40"/>
      </w:pPr>
      <w:r>
        <w:rPr>
          <w:b/>
        </w:rPr>
        <w:t>Store #</w:t>
      </w:r>
      <w:r>
        <w:t>1234</w:t>
      </w:r>
    </w:p>
    <w:p w:rsidR="0007305E" w:rsidRDefault="00A52BC6">
      <w:pPr>
        <w:spacing w:after="40"/>
      </w:pPr>
      <w:r>
        <w:rPr>
          <w:b/>
        </w:rPr>
        <w:t xml:space="preserve">Address </w:t>
      </w:r>
      <w:r>
        <w:t>123 Main Street, Austin, TX 78701</w:t>
      </w:r>
      <w:bookmarkStart w:id="0" w:name="_GoBack"/>
      <w:bookmarkEnd w:id="0"/>
    </w:p>
    <w:p w:rsidR="0007305E" w:rsidRDefault="00A52BC6">
      <w:pPr>
        <w:spacing w:after="40"/>
      </w:pPr>
      <w:r>
        <w:rPr>
          <w:b/>
        </w:rPr>
        <w:t xml:space="preserve">Phone </w:t>
      </w:r>
      <w:r>
        <w:t>(512) 555-0100</w:t>
      </w:r>
    </w:p>
    <w:p w:rsidR="0007305E" w:rsidRDefault="00A52BC6">
      <w:pPr>
        <w:spacing w:after="40"/>
      </w:pPr>
      <w:r>
        <w:rPr>
          <w:b/>
        </w:rPr>
        <w:t>Date / Time</w:t>
      </w:r>
      <w:r>
        <w:t>08/16/2026 02:30 PM</w:t>
      </w:r>
    </w:p>
    <w:p w:rsidR="0007305E" w:rsidRDefault="00A52BC6">
      <w:pPr>
        <w:spacing w:after="40"/>
      </w:pPr>
      <w:r>
        <w:rPr>
          <w:b/>
        </w:rPr>
        <w:t xml:space="preserve">Register </w:t>
      </w:r>
      <w:r>
        <w:t>01    Transaction #</w:t>
      </w:r>
    </w:p>
    <w:p w:rsidR="0007305E" w:rsidRDefault="00A52BC6">
      <w:pPr>
        <w:spacing w:after="40"/>
      </w:pPr>
      <w:r>
        <w:rPr>
          <w:b/>
        </w:rPr>
        <w:t xml:space="preserve">Cashier </w:t>
      </w:r>
    </w:p>
    <w:p w:rsidR="0007305E" w:rsidRDefault="0007305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6"/>
        <w:gridCol w:w="2628"/>
        <w:gridCol w:w="1260"/>
        <w:gridCol w:w="1386"/>
      </w:tblGrid>
      <w:tr w:rsidR="0007305E" w:rsidTr="006464FA">
        <w:tc>
          <w:tcPr>
            <w:tcW w:w="756" w:type="dxa"/>
          </w:tcPr>
          <w:p w:rsidR="0007305E" w:rsidRDefault="00A52BC6">
            <w:proofErr w:type="spellStart"/>
            <w:r>
              <w:rPr>
                <w:b/>
              </w:rPr>
              <w:t>Qty</w:t>
            </w:r>
            <w:proofErr w:type="spellEnd"/>
          </w:p>
        </w:tc>
        <w:tc>
          <w:tcPr>
            <w:tcW w:w="2628" w:type="dxa"/>
          </w:tcPr>
          <w:p w:rsidR="0007305E" w:rsidRDefault="00A52BC6">
            <w:r>
              <w:rPr>
                <w:b/>
              </w:rPr>
              <w:t>Description</w:t>
            </w:r>
          </w:p>
        </w:tc>
        <w:tc>
          <w:tcPr>
            <w:tcW w:w="1260" w:type="dxa"/>
          </w:tcPr>
          <w:p w:rsidR="0007305E" w:rsidRDefault="00A52BC6">
            <w:r>
              <w:rPr>
                <w:b/>
              </w:rPr>
              <w:t>Unit Price</w:t>
            </w:r>
          </w:p>
        </w:tc>
        <w:tc>
          <w:tcPr>
            <w:tcW w:w="1386" w:type="dxa"/>
          </w:tcPr>
          <w:p w:rsidR="0007305E" w:rsidRDefault="00A52BC6">
            <w:r>
              <w:rPr>
                <w:b/>
              </w:rPr>
              <w:t>Amount</w:t>
            </w:r>
          </w:p>
        </w:tc>
      </w:tr>
      <w:tr w:rsidR="0007305E" w:rsidTr="006464FA">
        <w:tc>
          <w:tcPr>
            <w:tcW w:w="756" w:type="dxa"/>
          </w:tcPr>
          <w:p w:rsidR="0007305E" w:rsidRDefault="00A52BC6">
            <w:r>
              <w:t>1</w:t>
            </w:r>
          </w:p>
        </w:tc>
        <w:tc>
          <w:tcPr>
            <w:tcW w:w="2628" w:type="dxa"/>
          </w:tcPr>
          <w:p w:rsidR="0007305E" w:rsidRDefault="00A52BC6">
            <w:r>
              <w:t>CVS Health Vitamin D3 2000 IU</w:t>
            </w:r>
          </w:p>
        </w:tc>
        <w:tc>
          <w:tcPr>
            <w:tcW w:w="1260" w:type="dxa"/>
          </w:tcPr>
          <w:p w:rsidR="0007305E" w:rsidRDefault="00A52BC6">
            <w:r>
              <w:t>$10.29</w:t>
            </w:r>
          </w:p>
        </w:tc>
        <w:tc>
          <w:tcPr>
            <w:tcW w:w="1386" w:type="dxa"/>
          </w:tcPr>
          <w:p w:rsidR="0007305E" w:rsidRDefault="00A52BC6">
            <w:r>
              <w:t>$10.29</w:t>
            </w:r>
          </w:p>
        </w:tc>
      </w:tr>
      <w:tr w:rsidR="0007305E" w:rsidTr="006464FA">
        <w:tc>
          <w:tcPr>
            <w:tcW w:w="756" w:type="dxa"/>
          </w:tcPr>
          <w:p w:rsidR="0007305E" w:rsidRDefault="00A52BC6">
            <w:r>
              <w:t>1</w:t>
            </w:r>
          </w:p>
        </w:tc>
        <w:tc>
          <w:tcPr>
            <w:tcW w:w="2628" w:type="dxa"/>
          </w:tcPr>
          <w:p w:rsidR="0007305E" w:rsidRDefault="00A52BC6">
            <w:r>
              <w:t>CVS Health Hand Sanitizer</w:t>
            </w:r>
          </w:p>
        </w:tc>
        <w:tc>
          <w:tcPr>
            <w:tcW w:w="1260" w:type="dxa"/>
          </w:tcPr>
          <w:p w:rsidR="0007305E" w:rsidRDefault="00A52BC6">
            <w:r>
              <w:t>$3.99</w:t>
            </w:r>
          </w:p>
        </w:tc>
        <w:tc>
          <w:tcPr>
            <w:tcW w:w="1386" w:type="dxa"/>
          </w:tcPr>
          <w:p w:rsidR="0007305E" w:rsidRDefault="00A52BC6">
            <w:r>
              <w:t>$3.99</w:t>
            </w:r>
          </w:p>
        </w:tc>
      </w:tr>
      <w:tr w:rsidR="0007305E" w:rsidTr="006464FA">
        <w:tc>
          <w:tcPr>
            <w:tcW w:w="756" w:type="dxa"/>
          </w:tcPr>
          <w:p w:rsidR="0007305E" w:rsidRDefault="00A52BC6">
            <w:r>
              <w:t>1</w:t>
            </w:r>
          </w:p>
        </w:tc>
        <w:tc>
          <w:tcPr>
            <w:tcW w:w="2628" w:type="dxa"/>
          </w:tcPr>
          <w:p w:rsidR="0007305E" w:rsidRDefault="00A52BC6">
            <w:r>
              <w:t>Toothpaste</w:t>
            </w:r>
          </w:p>
        </w:tc>
        <w:tc>
          <w:tcPr>
            <w:tcW w:w="1260" w:type="dxa"/>
          </w:tcPr>
          <w:p w:rsidR="0007305E" w:rsidRDefault="00A52BC6">
            <w:r>
              <w:t>$5.99</w:t>
            </w:r>
          </w:p>
        </w:tc>
        <w:tc>
          <w:tcPr>
            <w:tcW w:w="1386" w:type="dxa"/>
          </w:tcPr>
          <w:p w:rsidR="0007305E" w:rsidRDefault="00A52BC6">
            <w:r>
              <w:t>$5.99</w:t>
            </w:r>
          </w:p>
        </w:tc>
      </w:tr>
      <w:tr w:rsidR="0007305E" w:rsidTr="006464FA">
        <w:tc>
          <w:tcPr>
            <w:tcW w:w="756" w:type="dxa"/>
          </w:tcPr>
          <w:p w:rsidR="0007305E" w:rsidRDefault="00A52BC6">
            <w:r>
              <w:t>1</w:t>
            </w:r>
          </w:p>
        </w:tc>
        <w:tc>
          <w:tcPr>
            <w:tcW w:w="2628" w:type="dxa"/>
          </w:tcPr>
          <w:p w:rsidR="0007305E" w:rsidRDefault="00A52BC6">
            <w:r>
              <w:t>Facial Tissue 3pk</w:t>
            </w:r>
          </w:p>
        </w:tc>
        <w:tc>
          <w:tcPr>
            <w:tcW w:w="1260" w:type="dxa"/>
          </w:tcPr>
          <w:p w:rsidR="0007305E" w:rsidRDefault="00A52BC6">
            <w:r>
              <w:t>$4.99</w:t>
            </w:r>
          </w:p>
        </w:tc>
        <w:tc>
          <w:tcPr>
            <w:tcW w:w="1386" w:type="dxa"/>
          </w:tcPr>
          <w:p w:rsidR="0007305E" w:rsidRDefault="00A52BC6">
            <w:r>
              <w:t>$4.99</w:t>
            </w:r>
          </w:p>
        </w:tc>
      </w:tr>
    </w:tbl>
    <w:p w:rsidR="006464FA" w:rsidRDefault="006464FA" w:rsidP="006464FA">
      <w:pPr>
        <w:spacing w:after="20"/>
        <w:ind w:left="3600"/>
        <w:rPr>
          <w:sz w:val="10"/>
          <w:szCs w:val="10"/>
        </w:rPr>
      </w:pPr>
    </w:p>
    <w:p w:rsidR="0007305E" w:rsidRDefault="006464FA" w:rsidP="006464FA">
      <w:pPr>
        <w:spacing w:after="20"/>
        <w:ind w:left="3600"/>
      </w:pPr>
      <w:r>
        <w:rPr>
          <w:b/>
        </w:rPr>
        <w:t xml:space="preserve">                  </w:t>
      </w:r>
      <w:r w:rsidR="00A52BC6">
        <w:rPr>
          <w:b/>
        </w:rPr>
        <w:t xml:space="preserve">Subtotal: </w:t>
      </w:r>
      <w:r w:rsidR="00A52BC6">
        <w:t>$25.26</w:t>
      </w:r>
    </w:p>
    <w:p w:rsidR="0007305E" w:rsidRDefault="006464FA" w:rsidP="006464FA">
      <w:pPr>
        <w:spacing w:after="20"/>
        <w:ind w:left="3600"/>
      </w:pPr>
      <w:r>
        <w:rPr>
          <w:b/>
        </w:rPr>
        <w:t xml:space="preserve">           </w:t>
      </w:r>
      <w:r w:rsidR="00A52BC6">
        <w:rPr>
          <w:b/>
        </w:rPr>
        <w:t xml:space="preserve">CVS Savings: </w:t>
      </w:r>
      <w:r w:rsidR="00A52BC6">
        <w:t>-$2.50</w:t>
      </w:r>
    </w:p>
    <w:p w:rsidR="0007305E" w:rsidRDefault="006464FA" w:rsidP="006464FA">
      <w:pPr>
        <w:spacing w:after="20"/>
        <w:ind w:left="3600"/>
      </w:pPr>
      <w:r>
        <w:rPr>
          <w:b/>
        </w:rPr>
        <w:t xml:space="preserve">                             </w:t>
      </w:r>
      <w:r w:rsidR="00A52BC6">
        <w:rPr>
          <w:b/>
        </w:rPr>
        <w:t xml:space="preserve">Tax: </w:t>
      </w:r>
      <w:r w:rsidR="00A52BC6">
        <w:t>$1.82</w:t>
      </w:r>
    </w:p>
    <w:p w:rsidR="0007305E" w:rsidRDefault="006464FA" w:rsidP="006464FA">
      <w:pPr>
        <w:spacing w:after="20"/>
        <w:ind w:left="3600"/>
      </w:pPr>
      <w:r>
        <w:rPr>
          <w:b/>
        </w:rPr>
        <w:t xml:space="preserve">                      </w:t>
      </w:r>
      <w:r w:rsidR="00A52BC6">
        <w:rPr>
          <w:b/>
        </w:rPr>
        <w:t xml:space="preserve">TOTAL: </w:t>
      </w:r>
      <w:r w:rsidR="00A52BC6">
        <w:t>$24.58</w:t>
      </w:r>
    </w:p>
    <w:p w:rsidR="0007305E" w:rsidRDefault="006464FA" w:rsidP="006464FA">
      <w:pPr>
        <w:spacing w:after="20"/>
      </w:pPr>
      <w:r>
        <w:rPr>
          <w:b/>
        </w:rPr>
        <w:t xml:space="preserve">                                                                 </w:t>
      </w:r>
      <w:r w:rsidR="00A52BC6">
        <w:rPr>
          <w:b/>
        </w:rPr>
        <w:t xml:space="preserve">Payment Method: </w:t>
      </w:r>
      <w:r w:rsidR="00A52BC6">
        <w:t>VISA **** 1234</w:t>
      </w:r>
    </w:p>
    <w:p w:rsidR="0007305E" w:rsidRDefault="0007305E"/>
    <w:p w:rsidR="0007305E" w:rsidRDefault="00A52BC6" w:rsidP="00A52BC6">
      <w:r>
        <w:rPr>
          <w:b/>
        </w:rPr>
        <w:t>ExtraCare® Rewards / Coupon Area</w:t>
      </w:r>
    </w:p>
    <w:p w:rsidR="0007305E" w:rsidRDefault="00A52BC6" w:rsidP="00A52BC6">
      <w:r>
        <w:rPr>
          <w:b/>
          <w:sz w:val="16"/>
        </w:rPr>
        <w:t>NOT VALID FOR RETURNS, REIMBURSEMENTS, OR PROOF OF PURCHASE</w:t>
      </w:r>
    </w:p>
    <w:sectPr w:rsidR="0007305E" w:rsidSect="00034616">
      <w:pgSz w:w="12240" w:h="15840"/>
      <w:pgMar w:top="648" w:right="864" w:bottom="648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7305E"/>
    <w:rsid w:val="0015074B"/>
    <w:rsid w:val="0029639D"/>
    <w:rsid w:val="00326F90"/>
    <w:rsid w:val="006464FA"/>
    <w:rsid w:val="00A52BC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8D0F9E13-356E-47BD-B419-482FA5F2C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F060D1-77D9-4919-9FA4-751EB320B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account</cp:lastModifiedBy>
  <cp:revision>3</cp:revision>
  <dcterms:created xsi:type="dcterms:W3CDTF">2026-08-16T11:35:00Z</dcterms:created>
  <dcterms:modified xsi:type="dcterms:W3CDTF">2026-08-16T11:41:00Z</dcterms:modified>
  <cp:category/>
</cp:coreProperties>
</file>