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2A7616">
        <w:trPr>
          <w:jc w:val="center"/>
        </w:trPr>
        <w:tc>
          <w:tcPr>
            <w:tcW w:w="5328" w:type="dxa"/>
            <w:shd w:val="clear" w:color="auto" w:fill="244A64"/>
          </w:tcPr>
          <w:p w:rsidR="002A7616" w:rsidRDefault="007655FD">
            <w:r>
              <w:rPr>
                <w:b/>
                <w:color w:val="FFFFFF"/>
                <w:sz w:val="30"/>
              </w:rPr>
              <w:t>CARPENTER / CARPENTRY SERVICES</w:t>
            </w:r>
          </w:p>
          <w:p w:rsidR="002A7616" w:rsidRDefault="007655FD">
            <w:r>
              <w:rPr>
                <w:color w:val="FFFFFF"/>
              </w:rPr>
              <w:t>Business Name: ______________________________</w:t>
            </w:r>
          </w:p>
          <w:p w:rsidR="002A7616" w:rsidRDefault="007655FD">
            <w:r>
              <w:rPr>
                <w:color w:val="FFFFFF"/>
              </w:rPr>
              <w:t>Address: ____________________________________</w:t>
            </w:r>
          </w:p>
          <w:p w:rsidR="002A7616" w:rsidRDefault="007655FD">
            <w:r>
              <w:rPr>
                <w:color w:val="FFFFFF"/>
              </w:rPr>
              <w:t>Phone: ______________________________________</w:t>
            </w:r>
          </w:p>
          <w:p w:rsidR="002A7616" w:rsidRDefault="007655FD">
            <w:r>
              <w:rPr>
                <w:color w:val="FFFFFF"/>
              </w:rPr>
              <w:t>Email: _______________________________________</w:t>
            </w:r>
          </w:p>
        </w:tc>
        <w:tc>
          <w:tcPr>
            <w:tcW w:w="5328" w:type="dxa"/>
            <w:shd w:val="clear" w:color="auto" w:fill="244A64"/>
          </w:tcPr>
          <w:p w:rsidR="002A7616" w:rsidRDefault="007655FD">
            <w:pPr>
              <w:jc w:val="right"/>
            </w:pPr>
            <w:r>
              <w:rPr>
                <w:b/>
                <w:color w:val="FFFFFF"/>
                <w:sz w:val="40"/>
              </w:rPr>
              <w:t>INVOICE</w:t>
            </w:r>
            <w:r>
              <w:rPr>
                <w:color w:val="FFFFFF"/>
              </w:rPr>
              <w:br/>
              <w:t>Invoice No.: __________________</w:t>
            </w:r>
            <w:r>
              <w:rPr>
                <w:color w:val="FFFFFF"/>
              </w:rPr>
              <w:br/>
              <w:t>Invoice Date: ________________</w:t>
            </w:r>
            <w:r>
              <w:rPr>
                <w:color w:val="FFFFFF"/>
              </w:rPr>
              <w:br/>
              <w:t>Due Date: ____________________</w:t>
            </w:r>
          </w:p>
        </w:tc>
      </w:tr>
    </w:tbl>
    <w:p w:rsidR="002A7616" w:rsidRDefault="002A76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2A7616">
        <w:tc>
          <w:tcPr>
            <w:tcW w:w="5328" w:type="dxa"/>
            <w:shd w:val="clear" w:color="auto" w:fill="2A7F8E"/>
          </w:tcPr>
          <w:p w:rsidR="002A7616" w:rsidRDefault="007655FD">
            <w:r>
              <w:rPr>
                <w:b/>
                <w:color w:val="FFFFFF"/>
              </w:rPr>
              <w:t>BILL TO</w:t>
            </w:r>
          </w:p>
          <w:p w:rsidR="002A7616" w:rsidRDefault="007655FD">
            <w:r>
              <w:t>Customer Name: ______________________________</w:t>
            </w:r>
          </w:p>
          <w:p w:rsidR="002A7616" w:rsidRDefault="007655FD">
            <w:r>
              <w:t>Address: _____________________________________</w:t>
            </w:r>
          </w:p>
          <w:p w:rsidR="002A7616" w:rsidRDefault="007655FD">
            <w:r>
              <w:t>Phone / Email: _________________________________</w:t>
            </w:r>
          </w:p>
        </w:tc>
        <w:tc>
          <w:tcPr>
            <w:tcW w:w="5328" w:type="dxa"/>
            <w:shd w:val="clear" w:color="auto" w:fill="2A7F8E"/>
          </w:tcPr>
          <w:p w:rsidR="002A7616" w:rsidRDefault="007655FD">
            <w:r>
              <w:rPr>
                <w:b/>
                <w:color w:val="FFFFFF"/>
              </w:rPr>
              <w:t>PROJECT / JOB DETAILS</w:t>
            </w:r>
          </w:p>
          <w:p w:rsidR="002A7616" w:rsidRDefault="007655FD">
            <w:r>
              <w:t>Project Address: __</w:t>
            </w:r>
            <w:r>
              <w:t>____________________________</w:t>
            </w:r>
          </w:p>
          <w:p w:rsidR="002A7616" w:rsidRDefault="007655FD">
            <w:r>
              <w:t>Job / Reference: ______________________________</w:t>
            </w:r>
          </w:p>
          <w:p w:rsidR="002A7616" w:rsidRDefault="007655FD">
            <w:r>
              <w:t>Project Date: _________________________________</w:t>
            </w:r>
          </w:p>
        </w:tc>
      </w:tr>
    </w:tbl>
    <w:p w:rsidR="002A7616" w:rsidRDefault="002A7616"/>
    <w:tbl>
      <w:tblPr>
        <w:tblStyle w:val="TableGrid"/>
        <w:tblW w:w="8970" w:type="dxa"/>
        <w:tblLook w:val="04A0" w:firstRow="1" w:lastRow="0" w:firstColumn="1" w:lastColumn="0" w:noHBand="0" w:noVBand="1"/>
      </w:tblPr>
      <w:tblGrid>
        <w:gridCol w:w="1098"/>
        <w:gridCol w:w="3330"/>
        <w:gridCol w:w="990"/>
        <w:gridCol w:w="1776"/>
        <w:gridCol w:w="1776"/>
      </w:tblGrid>
      <w:tr w:rsidR="007655FD" w:rsidTr="007655FD">
        <w:tc>
          <w:tcPr>
            <w:tcW w:w="1098" w:type="dxa"/>
            <w:shd w:val="clear" w:color="auto" w:fill="244A64"/>
          </w:tcPr>
          <w:p w:rsidR="007655FD" w:rsidRDefault="007655FD">
            <w:proofErr w:type="spellStart"/>
            <w:r>
              <w:rPr>
                <w:b/>
                <w:color w:val="FFFFFF"/>
              </w:rPr>
              <w:t>Qty</w:t>
            </w:r>
            <w:proofErr w:type="spellEnd"/>
          </w:p>
        </w:tc>
        <w:tc>
          <w:tcPr>
            <w:tcW w:w="3330" w:type="dxa"/>
            <w:shd w:val="clear" w:color="auto" w:fill="244A64"/>
          </w:tcPr>
          <w:p w:rsidR="007655FD" w:rsidRDefault="007655FD">
            <w:r>
              <w:rPr>
                <w:b/>
                <w:color w:val="FFFFFF"/>
              </w:rPr>
              <w:t>Description / Work Performed</w:t>
            </w:r>
          </w:p>
        </w:tc>
        <w:tc>
          <w:tcPr>
            <w:tcW w:w="990" w:type="dxa"/>
            <w:shd w:val="clear" w:color="auto" w:fill="244A64"/>
          </w:tcPr>
          <w:p w:rsidR="007655FD" w:rsidRDefault="007655FD">
            <w:r>
              <w:rPr>
                <w:b/>
                <w:color w:val="FFFFFF"/>
              </w:rPr>
              <w:t>Unit</w:t>
            </w:r>
          </w:p>
        </w:tc>
        <w:tc>
          <w:tcPr>
            <w:tcW w:w="1776" w:type="dxa"/>
            <w:shd w:val="clear" w:color="auto" w:fill="244A64"/>
          </w:tcPr>
          <w:p w:rsidR="007655FD" w:rsidRDefault="007655FD">
            <w:r>
              <w:rPr>
                <w:b/>
                <w:color w:val="FFFFFF"/>
              </w:rPr>
              <w:t>Rate</w:t>
            </w:r>
          </w:p>
        </w:tc>
        <w:tc>
          <w:tcPr>
            <w:tcW w:w="1776" w:type="dxa"/>
            <w:shd w:val="clear" w:color="auto" w:fill="244A64"/>
          </w:tcPr>
          <w:p w:rsidR="007655FD" w:rsidRDefault="007655FD">
            <w:r>
              <w:rPr>
                <w:b/>
                <w:color w:val="FFFFFF"/>
              </w:rPr>
              <w:t>Amount</w:t>
            </w:r>
          </w:p>
        </w:tc>
      </w:tr>
      <w:tr w:rsidR="007655FD" w:rsidTr="007655FD">
        <w:tc>
          <w:tcPr>
            <w:tcW w:w="1098" w:type="dxa"/>
            <w:shd w:val="clear" w:color="auto" w:fill="EAF2F5"/>
          </w:tcPr>
          <w:p w:rsidR="007655FD" w:rsidRDefault="007655FD"/>
        </w:tc>
        <w:tc>
          <w:tcPr>
            <w:tcW w:w="3330" w:type="dxa"/>
            <w:shd w:val="clear" w:color="auto" w:fill="EAF2F5"/>
          </w:tcPr>
          <w:p w:rsidR="007655FD" w:rsidRDefault="007655FD"/>
        </w:tc>
        <w:tc>
          <w:tcPr>
            <w:tcW w:w="990" w:type="dxa"/>
            <w:shd w:val="clear" w:color="auto" w:fill="EAF2F5"/>
          </w:tcPr>
          <w:p w:rsidR="007655FD" w:rsidRDefault="007655FD"/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</w:tcPr>
          <w:p w:rsidR="007655FD" w:rsidRDefault="007655FD"/>
        </w:tc>
        <w:tc>
          <w:tcPr>
            <w:tcW w:w="3330" w:type="dxa"/>
          </w:tcPr>
          <w:p w:rsidR="007655FD" w:rsidRDefault="007655FD"/>
        </w:tc>
        <w:tc>
          <w:tcPr>
            <w:tcW w:w="990" w:type="dxa"/>
          </w:tcPr>
          <w:p w:rsidR="007655FD" w:rsidRDefault="007655FD"/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  <w:shd w:val="clear" w:color="auto" w:fill="EAF2F5"/>
          </w:tcPr>
          <w:p w:rsidR="007655FD" w:rsidRDefault="007655FD"/>
        </w:tc>
        <w:tc>
          <w:tcPr>
            <w:tcW w:w="3330" w:type="dxa"/>
            <w:shd w:val="clear" w:color="auto" w:fill="EAF2F5"/>
          </w:tcPr>
          <w:p w:rsidR="007655FD" w:rsidRDefault="007655FD"/>
        </w:tc>
        <w:tc>
          <w:tcPr>
            <w:tcW w:w="990" w:type="dxa"/>
            <w:shd w:val="clear" w:color="auto" w:fill="EAF2F5"/>
          </w:tcPr>
          <w:p w:rsidR="007655FD" w:rsidRDefault="007655FD"/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</w:tcPr>
          <w:p w:rsidR="007655FD" w:rsidRDefault="007655FD"/>
        </w:tc>
        <w:tc>
          <w:tcPr>
            <w:tcW w:w="3330" w:type="dxa"/>
          </w:tcPr>
          <w:p w:rsidR="007655FD" w:rsidRDefault="007655FD"/>
        </w:tc>
        <w:tc>
          <w:tcPr>
            <w:tcW w:w="990" w:type="dxa"/>
          </w:tcPr>
          <w:p w:rsidR="007655FD" w:rsidRDefault="007655FD"/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  <w:shd w:val="clear" w:color="auto" w:fill="EAF2F5"/>
          </w:tcPr>
          <w:p w:rsidR="007655FD" w:rsidRDefault="007655FD"/>
        </w:tc>
        <w:tc>
          <w:tcPr>
            <w:tcW w:w="3330" w:type="dxa"/>
            <w:shd w:val="clear" w:color="auto" w:fill="EAF2F5"/>
          </w:tcPr>
          <w:p w:rsidR="007655FD" w:rsidRDefault="007655FD"/>
        </w:tc>
        <w:tc>
          <w:tcPr>
            <w:tcW w:w="990" w:type="dxa"/>
            <w:shd w:val="clear" w:color="auto" w:fill="EAF2F5"/>
          </w:tcPr>
          <w:p w:rsidR="007655FD" w:rsidRDefault="007655FD"/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</w:tcPr>
          <w:p w:rsidR="007655FD" w:rsidRDefault="007655FD"/>
        </w:tc>
        <w:tc>
          <w:tcPr>
            <w:tcW w:w="3330" w:type="dxa"/>
          </w:tcPr>
          <w:p w:rsidR="007655FD" w:rsidRDefault="007655FD"/>
        </w:tc>
        <w:tc>
          <w:tcPr>
            <w:tcW w:w="990" w:type="dxa"/>
          </w:tcPr>
          <w:p w:rsidR="007655FD" w:rsidRDefault="007655FD"/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  <w:shd w:val="clear" w:color="auto" w:fill="EAF2F5"/>
          </w:tcPr>
          <w:p w:rsidR="007655FD" w:rsidRDefault="007655FD"/>
        </w:tc>
        <w:tc>
          <w:tcPr>
            <w:tcW w:w="3330" w:type="dxa"/>
            <w:shd w:val="clear" w:color="auto" w:fill="EAF2F5"/>
          </w:tcPr>
          <w:p w:rsidR="007655FD" w:rsidRDefault="007655FD"/>
        </w:tc>
        <w:tc>
          <w:tcPr>
            <w:tcW w:w="990" w:type="dxa"/>
            <w:shd w:val="clear" w:color="auto" w:fill="EAF2F5"/>
          </w:tcPr>
          <w:p w:rsidR="007655FD" w:rsidRDefault="007655FD"/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  <w:tc>
          <w:tcPr>
            <w:tcW w:w="1776" w:type="dxa"/>
            <w:shd w:val="clear" w:color="auto" w:fill="EAF2F5"/>
          </w:tcPr>
          <w:p w:rsidR="007655FD" w:rsidRDefault="007655FD">
            <w:r>
              <w:t>$</w:t>
            </w:r>
          </w:p>
        </w:tc>
      </w:tr>
      <w:tr w:rsidR="007655FD" w:rsidTr="007655FD">
        <w:tc>
          <w:tcPr>
            <w:tcW w:w="1098" w:type="dxa"/>
          </w:tcPr>
          <w:p w:rsidR="007655FD" w:rsidRDefault="007655FD"/>
        </w:tc>
        <w:tc>
          <w:tcPr>
            <w:tcW w:w="3330" w:type="dxa"/>
          </w:tcPr>
          <w:p w:rsidR="007655FD" w:rsidRDefault="007655FD"/>
        </w:tc>
        <w:tc>
          <w:tcPr>
            <w:tcW w:w="990" w:type="dxa"/>
          </w:tcPr>
          <w:p w:rsidR="007655FD" w:rsidRDefault="007655FD"/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  <w:tc>
          <w:tcPr>
            <w:tcW w:w="1776" w:type="dxa"/>
          </w:tcPr>
          <w:p w:rsidR="007655FD" w:rsidRDefault="007655FD">
            <w:r>
              <w:t>$</w:t>
            </w:r>
          </w:p>
        </w:tc>
      </w:tr>
    </w:tbl>
    <w:p w:rsidR="002A7616" w:rsidRDefault="002A7616"/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582"/>
        <w:gridCol w:w="4104"/>
      </w:tblGrid>
      <w:tr w:rsidR="002A7616" w:rsidTr="007655FD">
        <w:trPr>
          <w:jc w:val="right"/>
        </w:trPr>
        <w:tc>
          <w:tcPr>
            <w:tcW w:w="3582" w:type="dxa"/>
          </w:tcPr>
          <w:p w:rsidR="002A7616" w:rsidRDefault="007655FD">
            <w:r>
              <w:rPr>
                <w:b/>
                <w:color w:val="263238"/>
              </w:rPr>
              <w:t>Subtotal</w:t>
            </w:r>
          </w:p>
        </w:tc>
        <w:tc>
          <w:tcPr>
            <w:tcW w:w="4104" w:type="dxa"/>
          </w:tcPr>
          <w:p w:rsidR="002A7616" w:rsidRDefault="007655FD">
            <w:r>
              <w:rPr>
                <w:color w:val="263238"/>
              </w:rPr>
              <w:t>$________________</w:t>
            </w:r>
          </w:p>
        </w:tc>
      </w:tr>
      <w:tr w:rsidR="002A7616" w:rsidTr="007655FD">
        <w:trPr>
          <w:jc w:val="right"/>
        </w:trPr>
        <w:tc>
          <w:tcPr>
            <w:tcW w:w="3582" w:type="dxa"/>
          </w:tcPr>
          <w:p w:rsidR="002A7616" w:rsidRDefault="007655FD">
            <w:r>
              <w:rPr>
                <w:b/>
                <w:color w:val="263238"/>
              </w:rPr>
              <w:t>Materials</w:t>
            </w:r>
          </w:p>
        </w:tc>
        <w:tc>
          <w:tcPr>
            <w:tcW w:w="4104" w:type="dxa"/>
          </w:tcPr>
          <w:p w:rsidR="002A7616" w:rsidRDefault="007655FD">
            <w:r>
              <w:rPr>
                <w:color w:val="263238"/>
              </w:rPr>
              <w:t>$________________</w:t>
            </w:r>
          </w:p>
        </w:tc>
      </w:tr>
      <w:tr w:rsidR="002A7616" w:rsidTr="007655FD">
        <w:trPr>
          <w:jc w:val="right"/>
        </w:trPr>
        <w:tc>
          <w:tcPr>
            <w:tcW w:w="3582" w:type="dxa"/>
          </w:tcPr>
          <w:p w:rsidR="002A7616" w:rsidRDefault="007655FD">
            <w:r>
              <w:rPr>
                <w:b/>
                <w:color w:val="263238"/>
              </w:rPr>
              <w:t>Labor</w:t>
            </w:r>
          </w:p>
        </w:tc>
        <w:tc>
          <w:tcPr>
            <w:tcW w:w="4104" w:type="dxa"/>
          </w:tcPr>
          <w:p w:rsidR="002A7616" w:rsidRDefault="007655FD">
            <w:r>
              <w:rPr>
                <w:color w:val="263238"/>
              </w:rPr>
              <w:t>$________________</w:t>
            </w:r>
          </w:p>
        </w:tc>
      </w:tr>
      <w:tr w:rsidR="002A7616" w:rsidTr="007655FD">
        <w:trPr>
          <w:jc w:val="right"/>
        </w:trPr>
        <w:tc>
          <w:tcPr>
            <w:tcW w:w="3582" w:type="dxa"/>
          </w:tcPr>
          <w:p w:rsidR="002A7616" w:rsidRDefault="007655FD">
            <w:r>
              <w:rPr>
                <w:b/>
                <w:color w:val="263238"/>
              </w:rPr>
              <w:t>Tax</w:t>
            </w:r>
            <w:bookmarkStart w:id="0" w:name="_GoBack"/>
            <w:bookmarkEnd w:id="0"/>
          </w:p>
        </w:tc>
        <w:tc>
          <w:tcPr>
            <w:tcW w:w="4104" w:type="dxa"/>
          </w:tcPr>
          <w:p w:rsidR="002A7616" w:rsidRDefault="007655FD">
            <w:r>
              <w:rPr>
                <w:color w:val="263238"/>
              </w:rPr>
              <w:t>$________________</w:t>
            </w:r>
          </w:p>
        </w:tc>
      </w:tr>
      <w:tr w:rsidR="002A7616" w:rsidTr="007655FD">
        <w:trPr>
          <w:jc w:val="right"/>
        </w:trPr>
        <w:tc>
          <w:tcPr>
            <w:tcW w:w="3582" w:type="dxa"/>
          </w:tcPr>
          <w:p w:rsidR="002A7616" w:rsidRDefault="007655FD">
            <w:r>
              <w:rPr>
                <w:b/>
                <w:color w:val="263238"/>
              </w:rPr>
              <w:t>Discount</w:t>
            </w:r>
          </w:p>
        </w:tc>
        <w:tc>
          <w:tcPr>
            <w:tcW w:w="4104" w:type="dxa"/>
          </w:tcPr>
          <w:p w:rsidR="002A7616" w:rsidRDefault="007655FD">
            <w:r>
              <w:rPr>
                <w:color w:val="263238"/>
              </w:rPr>
              <w:t>$________________</w:t>
            </w:r>
          </w:p>
        </w:tc>
      </w:tr>
      <w:tr w:rsidR="002A7616" w:rsidTr="007655FD">
        <w:trPr>
          <w:jc w:val="right"/>
        </w:trPr>
        <w:tc>
          <w:tcPr>
            <w:tcW w:w="3582" w:type="dxa"/>
            <w:shd w:val="clear" w:color="auto" w:fill="D6A84F"/>
          </w:tcPr>
          <w:p w:rsidR="002A7616" w:rsidRDefault="007655FD">
            <w:r>
              <w:rPr>
                <w:b/>
                <w:color w:val="263238"/>
              </w:rPr>
              <w:t>TOTAL DUE</w:t>
            </w:r>
          </w:p>
        </w:tc>
        <w:tc>
          <w:tcPr>
            <w:tcW w:w="4104" w:type="dxa"/>
            <w:shd w:val="clear" w:color="auto" w:fill="D6A84F"/>
          </w:tcPr>
          <w:p w:rsidR="002A7616" w:rsidRDefault="007655FD">
            <w:r>
              <w:rPr>
                <w:b/>
                <w:color w:val="263238"/>
              </w:rPr>
              <w:t>$________________</w:t>
            </w:r>
          </w:p>
        </w:tc>
      </w:tr>
    </w:tbl>
    <w:p w:rsidR="002A7616" w:rsidRDefault="002A7616"/>
    <w:p w:rsidR="002A7616" w:rsidRDefault="007655FD">
      <w:r>
        <w:rPr>
          <w:b/>
          <w:color w:val="244A64"/>
          <w:sz w:val="22"/>
        </w:rPr>
        <w:t>PAYMENT INFORMATION</w:t>
      </w:r>
    </w:p>
    <w:p w:rsidR="002A7616" w:rsidRDefault="007655FD">
      <w:r>
        <w:t>Payment Method: ______________________________________________</w:t>
      </w:r>
    </w:p>
    <w:p w:rsidR="002A7616" w:rsidRDefault="007655FD">
      <w:r>
        <w:t xml:space="preserve">Payment </w:t>
      </w:r>
      <w:r>
        <w:t>Terms: _______________________________________________</w:t>
      </w:r>
    </w:p>
    <w:p w:rsidR="002A7616" w:rsidRDefault="007655FD">
      <w:r>
        <w:t>Payment Instructions: _________________________________________</w:t>
      </w:r>
    </w:p>
    <w:p w:rsidR="002A7616" w:rsidRDefault="007655FD">
      <w:r>
        <w:rPr>
          <w:b/>
          <w:color w:val="244A64"/>
          <w:sz w:val="22"/>
        </w:rPr>
        <w:t>NOTES / TERMS &amp; CONDITIONS</w:t>
      </w:r>
    </w:p>
    <w:p w:rsidR="002A7616" w:rsidRDefault="007655FD">
      <w:r>
        <w:t>Additional Work: ______________________________________________</w:t>
      </w:r>
    </w:p>
    <w:p w:rsidR="002A7616" w:rsidRDefault="007655FD">
      <w:r>
        <w:t>Materials / Special Instructions: ____________</w:t>
      </w:r>
      <w:r>
        <w:t>__________________</w:t>
      </w:r>
    </w:p>
    <w:p w:rsidR="002A7616" w:rsidRDefault="007655FD">
      <w:r>
        <w:t>Customer Notes: _______________________________________________</w:t>
      </w:r>
    </w:p>
    <w:p w:rsidR="002A7616" w:rsidRDefault="007655FD">
      <w:pPr>
        <w:jc w:val="center"/>
      </w:pPr>
      <w:r>
        <w:rPr>
          <w:b/>
          <w:color w:val="2A7F8E"/>
          <w:sz w:val="22"/>
        </w:rPr>
        <w:t>Thank you for your business!</w:t>
      </w:r>
    </w:p>
    <w:sectPr w:rsidR="002A7616" w:rsidSect="00034616">
      <w:pgSz w:w="12240" w:h="15840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A7616"/>
    <w:rsid w:val="00326F90"/>
    <w:rsid w:val="007655F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9F9759C-1B6E-4EDD-86CA-7CF6C47E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EFD33-3958-4CE1-8906-3CFA9885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2026-08-16T12:40:00Z</dcterms:created>
  <dcterms:modified xsi:type="dcterms:W3CDTF">2026-08-16T12:40:00Z</dcterms:modified>
  <cp:category/>
</cp:coreProperties>
</file>