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2"/>
      </w:tblGrid>
      <w:tr w:rsidR="00463923">
        <w:trPr>
          <w:jc w:val="center"/>
        </w:trPr>
        <w:tc>
          <w:tcPr>
            <w:tcW w:w="10512" w:type="dxa"/>
            <w:shd w:val="clear" w:color="auto" w:fill="FFFFFF"/>
            <w:vAlign w:val="center"/>
          </w:tcPr>
          <w:p w:rsidR="00463923" w:rsidRDefault="00802158">
            <w:pPr>
              <w:spacing w:after="0"/>
              <w:jc w:val="center"/>
            </w:pPr>
            <w:bookmarkStart w:id="0" w:name="_GoBack"/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6355080" cy="449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_clean_colorful_graphic_design_image_of_a_carpe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5080" cy="449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3923" w:rsidRDefault="00802158">
      <w:pPr>
        <w:spacing w:before="40" w:after="0"/>
        <w:jc w:val="center"/>
      </w:pPr>
      <w:r>
        <w:rPr>
          <w:b/>
          <w:color w:val="0F3454"/>
          <w:sz w:val="16"/>
        </w:rPr>
        <w:t>EDITABLE RECEIPT FIELDS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3384"/>
        <w:gridCol w:w="1656"/>
        <w:gridCol w:w="3384"/>
      </w:tblGrid>
      <w:tr w:rsidR="00463923">
        <w:trPr>
          <w:jc w:val="center"/>
        </w:trPr>
        <w:tc>
          <w:tcPr>
            <w:tcW w:w="1800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b/>
                <w:color w:val="0F3454"/>
                <w:sz w:val="15"/>
              </w:rPr>
              <w:t>Receipt No.</w:t>
            </w:r>
          </w:p>
        </w:tc>
        <w:tc>
          <w:tcPr>
            <w:tcW w:w="3384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sz w:val="15"/>
              </w:rPr>
              <w:t>__________________</w:t>
            </w:r>
          </w:p>
        </w:tc>
        <w:tc>
          <w:tcPr>
            <w:tcW w:w="1656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b/>
                <w:color w:val="0F3454"/>
                <w:sz w:val="15"/>
              </w:rPr>
              <w:t>Date</w:t>
            </w:r>
          </w:p>
        </w:tc>
        <w:tc>
          <w:tcPr>
            <w:tcW w:w="3384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sz w:val="15"/>
              </w:rPr>
              <w:t>__________________</w:t>
            </w:r>
          </w:p>
        </w:tc>
      </w:tr>
      <w:tr w:rsidR="00463923">
        <w:trPr>
          <w:jc w:val="center"/>
        </w:trPr>
        <w:tc>
          <w:tcPr>
            <w:tcW w:w="1800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b/>
                <w:color w:val="0F3454"/>
                <w:sz w:val="15"/>
              </w:rPr>
              <w:t>Received From</w:t>
            </w:r>
          </w:p>
        </w:tc>
        <w:tc>
          <w:tcPr>
            <w:tcW w:w="3384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sz w:val="15"/>
              </w:rPr>
              <w:t>__________________</w:t>
            </w:r>
          </w:p>
        </w:tc>
        <w:tc>
          <w:tcPr>
            <w:tcW w:w="1656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b/>
                <w:color w:val="0F3454"/>
                <w:sz w:val="15"/>
              </w:rPr>
              <w:t>Phone</w:t>
            </w:r>
          </w:p>
        </w:tc>
        <w:tc>
          <w:tcPr>
            <w:tcW w:w="3384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sz w:val="15"/>
              </w:rPr>
              <w:t>__________________</w:t>
            </w:r>
          </w:p>
        </w:tc>
      </w:tr>
      <w:tr w:rsidR="00463923">
        <w:trPr>
          <w:jc w:val="center"/>
        </w:trPr>
        <w:tc>
          <w:tcPr>
            <w:tcW w:w="1800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b/>
                <w:color w:val="0F3454"/>
                <w:sz w:val="15"/>
              </w:rPr>
              <w:t>Work Done</w:t>
            </w:r>
          </w:p>
        </w:tc>
        <w:tc>
          <w:tcPr>
            <w:tcW w:w="3384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sz w:val="15"/>
              </w:rPr>
              <w:t>____________________________</w:t>
            </w:r>
          </w:p>
        </w:tc>
        <w:tc>
          <w:tcPr>
            <w:tcW w:w="1656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b/>
                <w:color w:val="0F3454"/>
                <w:sz w:val="15"/>
              </w:rPr>
              <w:t>Amount (KES)</w:t>
            </w:r>
          </w:p>
        </w:tc>
        <w:tc>
          <w:tcPr>
            <w:tcW w:w="3384" w:type="dxa"/>
            <w:tcBorders>
              <w:top w:val="single" w:sz="4" w:space="0" w:color="D9E2EA"/>
              <w:left w:val="single" w:sz="4" w:space="0" w:color="D9E2EA"/>
              <w:bottom w:val="single" w:sz="4" w:space="0" w:color="D9E2EA"/>
              <w:right w:val="single" w:sz="4" w:space="0" w:color="D9E2EA"/>
            </w:tcBorders>
            <w:vAlign w:val="center"/>
          </w:tcPr>
          <w:p w:rsidR="00463923" w:rsidRDefault="00802158">
            <w:r>
              <w:rPr>
                <w:sz w:val="15"/>
              </w:rPr>
              <w:t>____________</w:t>
            </w:r>
          </w:p>
        </w:tc>
      </w:tr>
    </w:tbl>
    <w:p w:rsidR="00463923" w:rsidRDefault="00802158">
      <w:pPr>
        <w:spacing w:before="40" w:after="0"/>
        <w:jc w:val="center"/>
      </w:pPr>
      <w:r>
        <w:rPr>
          <w:i/>
          <w:color w:val="646464"/>
          <w:sz w:val="14"/>
        </w:rPr>
        <w:t xml:space="preserve">Professional • Colorful • Print-ready </w:t>
      </w:r>
      <w:r>
        <w:rPr>
          <w:i/>
          <w:color w:val="646464"/>
          <w:sz w:val="14"/>
        </w:rPr>
        <w:t>• Quarter-A4 size</w:t>
      </w:r>
    </w:p>
    <w:sectPr w:rsidR="00463923" w:rsidSect="00034616">
      <w:pgSz w:w="11909" w:h="16834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3923"/>
    <w:rsid w:val="0080215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A0CF705-460B-430E-9422-D8810ACB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7F28BA-5053-473A-9FC0-EEAA3F8F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2026-08-17T07:17:00Z</dcterms:created>
  <dcterms:modified xsi:type="dcterms:W3CDTF">2026-08-17T07:17:00Z</dcterms:modified>
  <cp:category/>
</cp:coreProperties>
</file>