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F52D3">
        <w:trPr>
          <w:jc w:val="center"/>
        </w:trPr>
        <w:tc>
          <w:tcPr>
            <w:tcW w:w="5328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color w:val="17365D"/>
                <w:sz w:val="36"/>
              </w:rPr>
              <w:t>YOUR BUSINESS NAME</w:t>
            </w:r>
          </w:p>
          <w:p w:rsidR="005F52D3" w:rsidRDefault="00E03062">
            <w:pPr>
              <w:spacing w:after="0"/>
              <w:rPr>
                <w:rFonts w:hint="eastAsia"/>
              </w:rPr>
            </w:pPr>
            <w:r>
              <w:rPr>
                <w:color w:val="666666"/>
                <w:sz w:val="16"/>
              </w:rPr>
              <w:t>Address • Phone • Email • Website</w:t>
            </w:r>
          </w:p>
        </w:tc>
        <w:tc>
          <w:tcPr>
            <w:tcW w:w="5328" w:type="dxa"/>
            <w:shd w:val="clear" w:color="auto" w:fill="17365D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32"/>
              </w:rPr>
              <w:t>MONTHLY RECEIPT</w:t>
            </w:r>
          </w:p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color w:val="FFFFFF"/>
                <w:sz w:val="16"/>
              </w:rPr>
              <w:t>Receipt No: __________</w:t>
            </w:r>
          </w:p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color w:val="FFFFFF"/>
                <w:sz w:val="16"/>
              </w:rPr>
              <w:t>Month: __________________</w:t>
            </w:r>
          </w:p>
        </w:tc>
      </w:tr>
    </w:tbl>
    <w:p w:rsidR="005F52D3" w:rsidRDefault="005F52D3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3672"/>
        <w:gridCol w:w="1656"/>
        <w:gridCol w:w="3672"/>
      </w:tblGrid>
      <w:tr w:rsidR="005F52D3">
        <w:trPr>
          <w:jc w:val="center"/>
        </w:trPr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Received From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5F52D3">
        <w:trPr>
          <w:jc w:val="center"/>
        </w:trPr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Phone / Email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Account / Ref.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5F52D3">
        <w:trPr>
          <w:jc w:val="center"/>
        </w:trPr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Payment Method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☐ Cash   ☐ M-PESA   ☐ Bank   ☐ Other</w:t>
            </w:r>
          </w:p>
        </w:tc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Period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________________</w:t>
            </w:r>
          </w:p>
        </w:tc>
      </w:tr>
      <w:tr w:rsidR="005F52D3">
        <w:trPr>
          <w:jc w:val="center"/>
        </w:trPr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Description</w:t>
            </w:r>
          </w:p>
        </w:tc>
        <w:tc>
          <w:tcPr>
            <w:tcW w:w="3672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1656" w:type="dxa"/>
            <w:shd w:val="clear" w:color="auto" w:fill="EAF0F7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w="3672" w:type="dxa"/>
            <w:vAlign w:val="center"/>
          </w:tcPr>
          <w:p w:rsidR="005F52D3" w:rsidRDefault="00E03062" w:rsidP="00E03062">
            <w:pPr>
              <w:rPr>
                <w:rFonts w:hint="eastAsia"/>
              </w:rPr>
            </w:pPr>
            <w:r>
              <w:rPr>
                <w:sz w:val="17"/>
              </w:rPr>
              <w:t>$ ________________</w:t>
            </w:r>
          </w:p>
        </w:tc>
      </w:tr>
    </w:tbl>
    <w:p w:rsidR="005F52D3" w:rsidRDefault="005F52D3">
      <w:pPr>
        <w:spacing w:after="20"/>
        <w:rPr>
          <w:rFonts w:hint="eastAsia"/>
        </w:rPr>
      </w:pPr>
    </w:p>
    <w:tbl>
      <w:tblPr>
        <w:tblW w:w="10926" w:type="dxa"/>
        <w:jc w:val="center"/>
        <w:tblLayout w:type="fixed"/>
        <w:tblLook w:val="04A0" w:firstRow="1" w:lastRow="0" w:firstColumn="1" w:lastColumn="0" w:noHBand="0" w:noVBand="1"/>
      </w:tblPr>
      <w:tblGrid>
        <w:gridCol w:w="2675"/>
        <w:gridCol w:w="3528"/>
        <w:gridCol w:w="1062"/>
        <w:gridCol w:w="1530"/>
        <w:gridCol w:w="2131"/>
      </w:tblGrid>
      <w:tr w:rsidR="005F52D3" w:rsidTr="00A01A7D">
        <w:trPr>
          <w:jc w:val="center"/>
        </w:trPr>
        <w:tc>
          <w:tcPr>
            <w:tcW w:w="2675" w:type="dxa"/>
            <w:shd w:val="clear" w:color="auto" w:fill="2E75B6"/>
            <w:vAlign w:val="center"/>
          </w:tcPr>
          <w:p w:rsidR="005F52D3" w:rsidRDefault="00E03062" w:rsidP="00A01A7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ITEM / SERVICE</w:t>
            </w:r>
          </w:p>
        </w:tc>
        <w:tc>
          <w:tcPr>
            <w:tcW w:w="3528" w:type="dxa"/>
            <w:shd w:val="clear" w:color="auto" w:fill="2E75B6"/>
            <w:vAlign w:val="center"/>
          </w:tcPr>
          <w:p w:rsidR="005F52D3" w:rsidRDefault="00E03062" w:rsidP="00A01A7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w="1062" w:type="dxa"/>
            <w:shd w:val="clear" w:color="auto" w:fill="2E75B6"/>
            <w:vAlign w:val="center"/>
          </w:tcPr>
          <w:p w:rsidR="005F52D3" w:rsidRDefault="00E03062" w:rsidP="00A01A7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1530" w:type="dxa"/>
            <w:shd w:val="clear" w:color="auto" w:fill="2E75B6"/>
            <w:vAlign w:val="center"/>
          </w:tcPr>
          <w:p w:rsidR="005F52D3" w:rsidRDefault="00E03062" w:rsidP="00A01A7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RATE ($)</w:t>
            </w:r>
          </w:p>
        </w:tc>
        <w:tc>
          <w:tcPr>
            <w:tcW w:w="2131" w:type="dxa"/>
            <w:shd w:val="clear" w:color="auto" w:fill="2E75B6"/>
            <w:vAlign w:val="center"/>
          </w:tcPr>
          <w:p w:rsidR="005F52D3" w:rsidRDefault="00E03062" w:rsidP="00A01A7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 ($)</w:t>
            </w:r>
          </w:p>
        </w:tc>
      </w:tr>
      <w:tr w:rsidR="005F52D3" w:rsidTr="00A01A7D">
        <w:trPr>
          <w:jc w:val="center"/>
        </w:trPr>
        <w:tc>
          <w:tcPr>
            <w:tcW w:w="2675" w:type="dxa"/>
            <w:shd w:val="clear" w:color="auto" w:fill="F7FAFC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3528" w:type="dxa"/>
            <w:shd w:val="clear" w:color="auto" w:fill="F7FAFC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1062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1530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2131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bookmarkStart w:id="0" w:name="_GoBack"/>
        <w:bookmarkEnd w:id="0"/>
      </w:tr>
      <w:tr w:rsidR="005F52D3" w:rsidTr="00A01A7D">
        <w:trPr>
          <w:jc w:val="center"/>
        </w:trPr>
        <w:tc>
          <w:tcPr>
            <w:tcW w:w="2675" w:type="dxa"/>
            <w:vAlign w:val="center"/>
          </w:tcPr>
          <w:p w:rsidR="005F52D3" w:rsidRDefault="005F52D3" w:rsidP="00A01A7D">
            <w:pPr>
              <w:ind w:left="422" w:hanging="422"/>
              <w:rPr>
                <w:rFonts w:hint="eastAsia"/>
              </w:rPr>
            </w:pPr>
          </w:p>
        </w:tc>
        <w:tc>
          <w:tcPr>
            <w:tcW w:w="3528" w:type="dxa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1062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1530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2131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</w:tr>
      <w:tr w:rsidR="005F52D3" w:rsidTr="00A01A7D">
        <w:trPr>
          <w:jc w:val="center"/>
        </w:trPr>
        <w:tc>
          <w:tcPr>
            <w:tcW w:w="2675" w:type="dxa"/>
            <w:shd w:val="clear" w:color="auto" w:fill="F7FAFC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3528" w:type="dxa"/>
            <w:shd w:val="clear" w:color="auto" w:fill="F7FAFC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1062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1530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2131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</w:tr>
      <w:tr w:rsidR="005F52D3" w:rsidTr="00A01A7D">
        <w:trPr>
          <w:jc w:val="center"/>
        </w:trPr>
        <w:tc>
          <w:tcPr>
            <w:tcW w:w="2675" w:type="dxa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3528" w:type="dxa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1062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1530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2131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</w:tr>
      <w:tr w:rsidR="005F52D3" w:rsidTr="00A01A7D">
        <w:trPr>
          <w:jc w:val="center"/>
        </w:trPr>
        <w:tc>
          <w:tcPr>
            <w:tcW w:w="2675" w:type="dxa"/>
            <w:shd w:val="clear" w:color="auto" w:fill="F7FAFC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3528" w:type="dxa"/>
            <w:shd w:val="clear" w:color="auto" w:fill="F7FAFC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1062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1530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2131" w:type="dxa"/>
            <w:shd w:val="clear" w:color="auto" w:fill="F7FAFC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</w:tr>
      <w:tr w:rsidR="005F52D3" w:rsidTr="00A01A7D">
        <w:trPr>
          <w:jc w:val="center"/>
        </w:trPr>
        <w:tc>
          <w:tcPr>
            <w:tcW w:w="2675" w:type="dxa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3528" w:type="dxa"/>
            <w:vAlign w:val="center"/>
          </w:tcPr>
          <w:p w:rsidR="005F52D3" w:rsidRDefault="005F52D3">
            <w:pPr>
              <w:rPr>
                <w:rFonts w:hint="eastAsia"/>
              </w:rPr>
            </w:pPr>
          </w:p>
        </w:tc>
        <w:tc>
          <w:tcPr>
            <w:tcW w:w="1062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1530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  <w:tc>
          <w:tcPr>
            <w:tcW w:w="2131" w:type="dxa"/>
            <w:vAlign w:val="center"/>
          </w:tcPr>
          <w:p w:rsidR="005F52D3" w:rsidRDefault="005F52D3">
            <w:pPr>
              <w:jc w:val="center"/>
              <w:rPr>
                <w:rFonts w:hint="eastAsia"/>
              </w:rPr>
            </w:pPr>
          </w:p>
        </w:tc>
      </w:tr>
    </w:tbl>
    <w:p w:rsidR="005F52D3" w:rsidRDefault="005F52D3">
      <w:pPr>
        <w:spacing w:after="20"/>
        <w:rPr>
          <w:rFonts w:hint="eastAsia"/>
        </w:rPr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F52D3">
        <w:trPr>
          <w:jc w:val="right"/>
        </w:trPr>
        <w:tc>
          <w:tcPr>
            <w:tcW w:w="5328" w:type="dxa"/>
            <w:shd w:val="clear" w:color="auto" w:fill="EAF0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Subtotal</w:t>
            </w:r>
          </w:p>
        </w:tc>
        <w:tc>
          <w:tcPr>
            <w:tcW w:w="5328" w:type="dxa"/>
            <w:shd w:val="clear" w:color="auto" w:fill="EAF0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$ __________</w:t>
            </w:r>
          </w:p>
        </w:tc>
      </w:tr>
      <w:tr w:rsidR="005F52D3">
        <w:trPr>
          <w:jc w:val="right"/>
        </w:trPr>
        <w:tc>
          <w:tcPr>
            <w:tcW w:w="5328" w:type="dxa"/>
            <w:shd w:val="clear" w:color="auto" w:fill="EAF0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Discount</w:t>
            </w:r>
          </w:p>
        </w:tc>
        <w:tc>
          <w:tcPr>
            <w:tcW w:w="5328" w:type="dxa"/>
            <w:shd w:val="clear" w:color="auto" w:fill="EAF0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$ __________</w:t>
            </w:r>
          </w:p>
        </w:tc>
      </w:tr>
      <w:tr w:rsidR="005F52D3">
        <w:trPr>
          <w:jc w:val="right"/>
        </w:trPr>
        <w:tc>
          <w:tcPr>
            <w:tcW w:w="5328" w:type="dxa"/>
            <w:shd w:val="clear" w:color="auto" w:fill="D9EA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Total Paid</w:t>
            </w:r>
          </w:p>
        </w:tc>
        <w:tc>
          <w:tcPr>
            <w:tcW w:w="5328" w:type="dxa"/>
            <w:shd w:val="clear" w:color="auto" w:fill="D9EA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$ __________</w:t>
            </w:r>
          </w:p>
        </w:tc>
      </w:tr>
      <w:tr w:rsidR="005F52D3">
        <w:trPr>
          <w:jc w:val="right"/>
        </w:trPr>
        <w:tc>
          <w:tcPr>
            <w:tcW w:w="5328" w:type="dxa"/>
            <w:shd w:val="clear" w:color="auto" w:fill="EAF0F7"/>
            <w:vAlign w:val="center"/>
          </w:tcPr>
          <w:p w:rsidR="005F52D3" w:rsidRDefault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Balance Due</w:t>
            </w:r>
          </w:p>
        </w:tc>
        <w:tc>
          <w:tcPr>
            <w:tcW w:w="5328" w:type="dxa"/>
            <w:shd w:val="clear" w:color="auto" w:fill="EAF0F7"/>
            <w:vAlign w:val="center"/>
          </w:tcPr>
          <w:p w:rsidR="005F52D3" w:rsidRDefault="00E03062" w:rsidP="00E03062">
            <w:pPr>
              <w:jc w:val="right"/>
              <w:rPr>
                <w:rFonts w:hint="eastAsia"/>
              </w:rPr>
            </w:pPr>
            <w:r>
              <w:rPr>
                <w:b/>
              </w:rPr>
              <w:t>$ __________</w:t>
            </w:r>
          </w:p>
        </w:tc>
      </w:tr>
    </w:tbl>
    <w:p w:rsidR="005F52D3" w:rsidRDefault="005F52D3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F52D3">
        <w:trPr>
          <w:jc w:val="center"/>
        </w:trPr>
        <w:tc>
          <w:tcPr>
            <w:tcW w:w="5328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b/>
                <w:color w:val="17365D"/>
              </w:rPr>
              <w:t>NOTES / TERMS</w:t>
            </w:r>
          </w:p>
        </w:tc>
        <w:tc>
          <w:tcPr>
            <w:tcW w:w="5328" w:type="dxa"/>
            <w:vAlign w:val="center"/>
          </w:tcPr>
          <w:p w:rsidR="005F52D3" w:rsidRDefault="00E03062">
            <w:pPr>
              <w:jc w:val="center"/>
              <w:rPr>
                <w:rFonts w:hint="eastAsia"/>
              </w:rPr>
            </w:pPr>
            <w:r>
              <w:rPr>
                <w:b/>
                <w:color w:val="17365D"/>
              </w:rPr>
              <w:t>AUTHORISED SIGNATURE</w:t>
            </w:r>
          </w:p>
        </w:tc>
      </w:tr>
      <w:tr w:rsidR="005F52D3">
        <w:trPr>
          <w:jc w:val="center"/>
        </w:trPr>
        <w:tc>
          <w:tcPr>
            <w:tcW w:w="5328" w:type="dxa"/>
            <w:vAlign w:val="center"/>
          </w:tcPr>
          <w:p w:rsidR="005F52D3" w:rsidRDefault="00E03062">
            <w:pPr>
              <w:rPr>
                <w:rFonts w:hint="eastAsia"/>
              </w:rPr>
            </w:pPr>
            <w:r>
              <w:rPr>
                <w:sz w:val="16"/>
              </w:rPr>
              <w:t>________________________________________________________</w:t>
            </w:r>
            <w:r>
              <w:rPr>
                <w:sz w:val="16"/>
              </w:rPr>
              <w:br/>
              <w:t>________________________________________________________</w:t>
            </w:r>
          </w:p>
        </w:tc>
        <w:tc>
          <w:tcPr>
            <w:tcW w:w="5328" w:type="dxa"/>
            <w:vAlign w:val="center"/>
          </w:tcPr>
          <w:p w:rsidR="005F52D3" w:rsidRDefault="00E03062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br/>
              <w:t>____________________________</w:t>
            </w:r>
            <w:r>
              <w:rPr>
                <w:sz w:val="16"/>
              </w:rPr>
              <w:br/>
              <w:t>Name / Stamp</w:t>
            </w:r>
          </w:p>
        </w:tc>
      </w:tr>
    </w:tbl>
    <w:p w:rsidR="005F52D3" w:rsidRDefault="00E03062">
      <w:pPr>
        <w:spacing w:before="100"/>
        <w:jc w:val="center"/>
        <w:rPr>
          <w:rFonts w:hint="eastAsia"/>
        </w:rPr>
      </w:pPr>
      <w:r>
        <w:rPr>
          <w:b/>
          <w:color w:val="666666"/>
          <w:sz w:val="16"/>
        </w:rPr>
        <w:t>Thank you for your business • This receipt serves as proof of payment.</w:t>
      </w:r>
    </w:p>
    <w:sectPr w:rsidR="005F52D3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52D3"/>
    <w:rsid w:val="00A01A7D"/>
    <w:rsid w:val="00AA1D8D"/>
    <w:rsid w:val="00B47730"/>
    <w:rsid w:val="00CB0664"/>
    <w:rsid w:val="00E030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DAD14EF-AD7F-40B0-9EBC-D730A2E1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A635E3-FE14-41C9-8E6A-653D4BD0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2026-08-29T13:00:00Z</dcterms:created>
  <dcterms:modified xsi:type="dcterms:W3CDTF">2026-08-29T13:00:00Z</dcterms:modified>
  <cp:category/>
</cp:coreProperties>
</file>