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6E9B" w:rsidRDefault="00AE654F">
      <w:pPr>
        <w:spacing w:after="40"/>
        <w:jc w:val="center"/>
        <w:rPr>
          <w:rFonts w:hint="eastAsia"/>
        </w:rPr>
      </w:pPr>
      <w:bookmarkStart w:id="0" w:name="_GoBack"/>
      <w:bookmarkEnd w:id="0"/>
      <w:r>
        <w:rPr>
          <w:rFonts w:ascii="Aptos Display" w:hAnsi="Aptos Display"/>
          <w:b/>
          <w:color w:val="1F4E78"/>
          <w:sz w:val="40"/>
        </w:rPr>
        <w:t>GLOBAL ENTRY RECEIPT</w:t>
      </w:r>
    </w:p>
    <w:p w:rsidR="009E6E9B" w:rsidRDefault="00AE654F">
      <w:pPr>
        <w:jc w:val="center"/>
        <w:rPr>
          <w:rFonts w:hint="eastAsia"/>
        </w:rPr>
      </w:pPr>
      <w:r>
        <w:rPr>
          <w:i/>
          <w:color w:val="666666"/>
        </w:rPr>
        <w:t>Professional • Clean Business Receipt</w:t>
      </w:r>
    </w:p>
    <w:tbl>
      <w:tblPr>
        <w:tblW w:w="0" w:type="auto"/>
        <w:jc w:val="center"/>
        <w:tblBorders>
          <w:top w:val="single" w:sz="5" w:space="0" w:color="B8B8B8"/>
          <w:left w:val="single" w:sz="5" w:space="0" w:color="B8B8B8"/>
          <w:bottom w:val="single" w:sz="5" w:space="0" w:color="B8B8B8"/>
          <w:right w:val="single" w:sz="5" w:space="0" w:color="B8B8B8"/>
          <w:insideH w:val="single" w:sz="5" w:space="0" w:color="B8B8B8"/>
          <w:insideV w:val="single" w:sz="5" w:space="0" w:color="B8B8B8"/>
        </w:tblBorders>
        <w:tblLook w:val="04A0" w:firstRow="1" w:lastRow="0" w:firstColumn="1" w:lastColumn="0" w:noHBand="0" w:noVBand="1"/>
      </w:tblPr>
      <w:tblGrid>
        <w:gridCol w:w="2664"/>
        <w:gridCol w:w="2664"/>
        <w:gridCol w:w="2664"/>
        <w:gridCol w:w="2664"/>
      </w:tblGrid>
      <w:tr w:rsidR="009E6E9B">
        <w:trPr>
          <w:jc w:val="center"/>
        </w:trPr>
        <w:tc>
          <w:tcPr>
            <w:tcW w:w="2664" w:type="dxa"/>
            <w:shd w:val="clear" w:color="auto" w:fill="F1F3F5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b/>
                <w:sz w:val="17"/>
              </w:rPr>
              <w:t>Receipt No.</w:t>
            </w:r>
          </w:p>
        </w:tc>
        <w:tc>
          <w:tcPr>
            <w:tcW w:w="266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________________</w:t>
            </w:r>
          </w:p>
        </w:tc>
        <w:tc>
          <w:tcPr>
            <w:tcW w:w="2664" w:type="dxa"/>
            <w:shd w:val="clear" w:color="auto" w:fill="F1F3F5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b/>
                <w:sz w:val="17"/>
              </w:rPr>
              <w:t>Date</w:t>
            </w:r>
          </w:p>
        </w:tc>
        <w:tc>
          <w:tcPr>
            <w:tcW w:w="266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________________</w:t>
            </w:r>
          </w:p>
        </w:tc>
      </w:tr>
      <w:tr w:rsidR="009E6E9B">
        <w:trPr>
          <w:jc w:val="center"/>
        </w:trPr>
        <w:tc>
          <w:tcPr>
            <w:tcW w:w="2664" w:type="dxa"/>
            <w:shd w:val="clear" w:color="auto" w:fill="F1F3F5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b/>
                <w:sz w:val="17"/>
              </w:rPr>
              <w:t>Received From</w:t>
            </w:r>
          </w:p>
        </w:tc>
        <w:tc>
          <w:tcPr>
            <w:tcW w:w="266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________________</w:t>
            </w:r>
          </w:p>
        </w:tc>
        <w:tc>
          <w:tcPr>
            <w:tcW w:w="2664" w:type="dxa"/>
            <w:shd w:val="clear" w:color="auto" w:fill="F1F3F5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b/>
                <w:sz w:val="17"/>
              </w:rPr>
              <w:t>Phone / Email</w:t>
            </w:r>
          </w:p>
        </w:tc>
        <w:tc>
          <w:tcPr>
            <w:tcW w:w="266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________________</w:t>
            </w:r>
          </w:p>
        </w:tc>
      </w:tr>
      <w:tr w:rsidR="009E6E9B">
        <w:trPr>
          <w:jc w:val="center"/>
        </w:trPr>
        <w:tc>
          <w:tcPr>
            <w:tcW w:w="2664" w:type="dxa"/>
            <w:shd w:val="clear" w:color="auto" w:fill="F1F3F5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b/>
                <w:sz w:val="17"/>
              </w:rPr>
              <w:t>Payment Method</w:t>
            </w:r>
          </w:p>
        </w:tc>
        <w:tc>
          <w:tcPr>
            <w:tcW w:w="266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☐ Cash  ☐ Card  ☐ Transfer  ☐ Other</w:t>
            </w:r>
          </w:p>
        </w:tc>
        <w:tc>
          <w:tcPr>
            <w:tcW w:w="2664" w:type="dxa"/>
            <w:shd w:val="clear" w:color="auto" w:fill="F1F3F5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b/>
                <w:sz w:val="17"/>
              </w:rPr>
              <w:t>Reference</w:t>
            </w:r>
          </w:p>
        </w:tc>
        <w:tc>
          <w:tcPr>
            <w:tcW w:w="266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________________</w:t>
            </w:r>
          </w:p>
        </w:tc>
      </w:tr>
    </w:tbl>
    <w:p w:rsidR="009E6E9B" w:rsidRDefault="009E6E9B">
      <w:pPr>
        <w:spacing w:after="20"/>
        <w:rPr>
          <w:rFonts w:hint="eastAsia"/>
        </w:rPr>
      </w:pPr>
    </w:p>
    <w:tbl>
      <w:tblPr>
        <w:tblW w:w="0" w:type="auto"/>
        <w:jc w:val="center"/>
        <w:tblBorders>
          <w:top w:val="single" w:sz="5" w:space="0" w:color="999999"/>
          <w:left w:val="single" w:sz="5" w:space="0" w:color="999999"/>
          <w:bottom w:val="single" w:sz="5" w:space="0" w:color="999999"/>
          <w:right w:val="single" w:sz="5" w:space="0" w:color="999999"/>
          <w:insideH w:val="single" w:sz="5" w:space="0" w:color="999999"/>
          <w:insideV w:val="single" w:sz="5" w:space="0" w:color="999999"/>
        </w:tblBorders>
        <w:tblLook w:val="04A0" w:firstRow="1" w:lastRow="0" w:firstColumn="1" w:lastColumn="0" w:noHBand="0" w:noVBand="1"/>
      </w:tblPr>
      <w:tblGrid>
        <w:gridCol w:w="2800"/>
        <w:gridCol w:w="1987"/>
        <w:gridCol w:w="2046"/>
        <w:gridCol w:w="2017"/>
        <w:gridCol w:w="2046"/>
      </w:tblGrid>
      <w:tr w:rsidR="009E6E9B">
        <w:trPr>
          <w:jc w:val="center"/>
        </w:trPr>
        <w:tc>
          <w:tcPr>
            <w:tcW w:w="2131" w:type="dxa"/>
            <w:shd w:val="clear" w:color="auto" w:fill="1F4E7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Description / Item</w:t>
            </w:r>
          </w:p>
        </w:tc>
        <w:tc>
          <w:tcPr>
            <w:tcW w:w="2131" w:type="dxa"/>
            <w:shd w:val="clear" w:color="auto" w:fill="1F4E7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Qty</w:t>
            </w:r>
          </w:p>
        </w:tc>
        <w:tc>
          <w:tcPr>
            <w:tcW w:w="2131" w:type="dxa"/>
            <w:shd w:val="clear" w:color="auto" w:fill="1F4E7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Unit Price</w:t>
            </w:r>
          </w:p>
        </w:tc>
        <w:tc>
          <w:tcPr>
            <w:tcW w:w="2131" w:type="dxa"/>
            <w:shd w:val="clear" w:color="auto" w:fill="1F4E7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Tax</w:t>
            </w:r>
          </w:p>
        </w:tc>
        <w:tc>
          <w:tcPr>
            <w:tcW w:w="2131" w:type="dxa"/>
            <w:shd w:val="clear" w:color="auto" w:fill="1F4E7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Amount</w:t>
            </w:r>
          </w:p>
        </w:tc>
      </w:tr>
      <w:tr w:rsidR="009E6E9B">
        <w:trPr>
          <w:jc w:val="center"/>
        </w:trPr>
        <w:tc>
          <w:tcPr>
            <w:tcW w:w="2131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________________________________</w:t>
            </w:r>
          </w:p>
        </w:tc>
        <w:tc>
          <w:tcPr>
            <w:tcW w:w="2131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</w:t>
            </w:r>
          </w:p>
        </w:tc>
        <w:tc>
          <w:tcPr>
            <w:tcW w:w="2131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____________</w:t>
            </w:r>
          </w:p>
        </w:tc>
        <w:tc>
          <w:tcPr>
            <w:tcW w:w="2131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</w:t>
            </w:r>
          </w:p>
        </w:tc>
        <w:tc>
          <w:tcPr>
            <w:tcW w:w="2131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____________</w:t>
            </w:r>
          </w:p>
        </w:tc>
      </w:tr>
      <w:tr w:rsidR="009E6E9B">
        <w:trPr>
          <w:jc w:val="center"/>
        </w:trPr>
        <w:tc>
          <w:tcPr>
            <w:tcW w:w="2131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________________________________</w:t>
            </w:r>
          </w:p>
        </w:tc>
        <w:tc>
          <w:tcPr>
            <w:tcW w:w="2131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</w:t>
            </w:r>
          </w:p>
        </w:tc>
        <w:tc>
          <w:tcPr>
            <w:tcW w:w="2131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____________</w:t>
            </w:r>
          </w:p>
        </w:tc>
        <w:tc>
          <w:tcPr>
            <w:tcW w:w="2131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</w:t>
            </w:r>
          </w:p>
        </w:tc>
        <w:tc>
          <w:tcPr>
            <w:tcW w:w="2131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____________</w:t>
            </w:r>
          </w:p>
        </w:tc>
      </w:tr>
      <w:tr w:rsidR="009E6E9B">
        <w:trPr>
          <w:jc w:val="center"/>
        </w:trPr>
        <w:tc>
          <w:tcPr>
            <w:tcW w:w="2131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________________________________</w:t>
            </w:r>
          </w:p>
        </w:tc>
        <w:tc>
          <w:tcPr>
            <w:tcW w:w="2131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</w:t>
            </w:r>
          </w:p>
        </w:tc>
        <w:tc>
          <w:tcPr>
            <w:tcW w:w="2131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____________</w:t>
            </w:r>
          </w:p>
        </w:tc>
        <w:tc>
          <w:tcPr>
            <w:tcW w:w="2131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</w:t>
            </w:r>
          </w:p>
        </w:tc>
        <w:tc>
          <w:tcPr>
            <w:tcW w:w="2131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____________</w:t>
            </w:r>
          </w:p>
        </w:tc>
      </w:tr>
      <w:tr w:rsidR="009E6E9B">
        <w:trPr>
          <w:jc w:val="center"/>
        </w:trPr>
        <w:tc>
          <w:tcPr>
            <w:tcW w:w="2131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________________________________</w:t>
            </w:r>
          </w:p>
        </w:tc>
        <w:tc>
          <w:tcPr>
            <w:tcW w:w="2131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</w:t>
            </w:r>
          </w:p>
        </w:tc>
        <w:tc>
          <w:tcPr>
            <w:tcW w:w="2131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____________</w:t>
            </w:r>
          </w:p>
        </w:tc>
        <w:tc>
          <w:tcPr>
            <w:tcW w:w="2131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</w:t>
            </w:r>
          </w:p>
        </w:tc>
        <w:tc>
          <w:tcPr>
            <w:tcW w:w="2131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____________</w:t>
            </w:r>
          </w:p>
        </w:tc>
      </w:tr>
    </w:tbl>
    <w:p w:rsidR="009E6E9B" w:rsidRDefault="009E6E9B">
      <w:pPr>
        <w:spacing w:after="20"/>
        <w:rPr>
          <w:rFonts w:hint="eastAsia"/>
        </w:rPr>
      </w:pPr>
    </w:p>
    <w:tbl>
      <w:tblPr>
        <w:tblW w:w="0" w:type="auto"/>
        <w:jc w:val="right"/>
        <w:tblBorders>
          <w:top w:val="single" w:sz="5" w:space="0" w:color="AAAAAA"/>
          <w:left w:val="single" w:sz="5" w:space="0" w:color="AAAAAA"/>
          <w:bottom w:val="single" w:sz="5" w:space="0" w:color="AAAAAA"/>
          <w:right w:val="single" w:sz="5" w:space="0" w:color="AAAAAA"/>
          <w:insideH w:val="single" w:sz="5" w:space="0" w:color="AAAAAA"/>
          <w:insideV w:val="single" w:sz="5" w:space="0" w:color="AAAAAA"/>
        </w:tblBorders>
        <w:tblLook w:val="04A0" w:firstRow="1" w:lastRow="0" w:firstColumn="1" w:lastColumn="0" w:noHBand="0" w:noVBand="1"/>
      </w:tblPr>
      <w:tblGrid>
        <w:gridCol w:w="5328"/>
        <w:gridCol w:w="5328"/>
      </w:tblGrid>
      <w:tr w:rsidR="009E6E9B">
        <w:trPr>
          <w:jc w:val="right"/>
        </w:trPr>
        <w:tc>
          <w:tcPr>
            <w:tcW w:w="532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jc w:val="right"/>
              <w:rPr>
                <w:rFonts w:hint="eastAsia"/>
              </w:rPr>
            </w:pPr>
            <w:r>
              <w:rPr>
                <w:sz w:val="17"/>
              </w:rPr>
              <w:t>Subtotal</w:t>
            </w:r>
          </w:p>
        </w:tc>
        <w:tc>
          <w:tcPr>
            <w:tcW w:w="532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jc w:val="right"/>
              <w:rPr>
                <w:rFonts w:hint="eastAsia"/>
              </w:rPr>
            </w:pPr>
            <w:r>
              <w:rPr>
                <w:sz w:val="17"/>
              </w:rPr>
              <w:t>________________</w:t>
            </w:r>
          </w:p>
        </w:tc>
      </w:tr>
      <w:tr w:rsidR="009E6E9B">
        <w:trPr>
          <w:jc w:val="right"/>
        </w:trPr>
        <w:tc>
          <w:tcPr>
            <w:tcW w:w="532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jc w:val="right"/>
              <w:rPr>
                <w:rFonts w:hint="eastAsia"/>
              </w:rPr>
            </w:pPr>
            <w:r>
              <w:rPr>
                <w:sz w:val="17"/>
              </w:rPr>
              <w:t>Tax / VAT</w:t>
            </w:r>
          </w:p>
        </w:tc>
        <w:tc>
          <w:tcPr>
            <w:tcW w:w="532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jc w:val="right"/>
              <w:rPr>
                <w:rFonts w:hint="eastAsia"/>
              </w:rPr>
            </w:pPr>
            <w:r>
              <w:rPr>
                <w:sz w:val="17"/>
              </w:rPr>
              <w:t>________________</w:t>
            </w:r>
          </w:p>
        </w:tc>
      </w:tr>
      <w:tr w:rsidR="009E6E9B">
        <w:trPr>
          <w:jc w:val="right"/>
        </w:trPr>
        <w:tc>
          <w:tcPr>
            <w:tcW w:w="532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jc w:val="right"/>
              <w:rPr>
                <w:rFonts w:hint="eastAsia"/>
              </w:rPr>
            </w:pPr>
            <w:r>
              <w:rPr>
                <w:sz w:val="17"/>
              </w:rPr>
              <w:t>Discount</w:t>
            </w:r>
          </w:p>
        </w:tc>
        <w:tc>
          <w:tcPr>
            <w:tcW w:w="532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jc w:val="right"/>
              <w:rPr>
                <w:rFonts w:hint="eastAsia"/>
              </w:rPr>
            </w:pPr>
            <w:r>
              <w:rPr>
                <w:sz w:val="17"/>
              </w:rPr>
              <w:t>________________</w:t>
            </w:r>
          </w:p>
        </w:tc>
      </w:tr>
      <w:tr w:rsidR="009E6E9B">
        <w:trPr>
          <w:jc w:val="right"/>
        </w:trPr>
        <w:tc>
          <w:tcPr>
            <w:tcW w:w="5328" w:type="dxa"/>
            <w:shd w:val="clear" w:color="auto" w:fill="1F4E7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jc w:val="right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TOTAL PAID</w:t>
            </w:r>
          </w:p>
        </w:tc>
        <w:tc>
          <w:tcPr>
            <w:tcW w:w="5328" w:type="dxa"/>
            <w:shd w:val="clear" w:color="auto" w:fill="1F4E7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jc w:val="right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________________</w:t>
            </w:r>
          </w:p>
        </w:tc>
      </w:tr>
    </w:tbl>
    <w:p w:rsidR="009E6E9B" w:rsidRDefault="00AE654F">
      <w:pPr>
        <w:spacing w:before="140"/>
        <w:rPr>
          <w:rFonts w:hint="eastAsia"/>
        </w:rPr>
      </w:pPr>
      <w:r>
        <w:rPr>
          <w:b/>
        </w:rPr>
        <w:t xml:space="preserve">Amount in words: </w:t>
      </w:r>
      <w:r>
        <w:t>____________________________________________________________</w:t>
      </w:r>
    </w:p>
    <w:p w:rsidR="009E6E9B" w:rsidRDefault="00AE654F">
      <w:pPr>
        <w:spacing w:after="0"/>
        <w:rPr>
          <w:rFonts w:hint="eastAsia"/>
        </w:rPr>
      </w:pPr>
      <w:r>
        <w:rPr>
          <w:b/>
        </w:rPr>
        <w:t xml:space="preserve">Notes: </w:t>
      </w:r>
      <w:r>
        <w:t>________________________________________________________________________________</w:t>
      </w:r>
    </w:p>
    <w:p w:rsidR="009E6E9B" w:rsidRDefault="00AE654F">
      <w:pPr>
        <w:spacing w:before="160"/>
        <w:jc w:val="center"/>
        <w:rPr>
          <w:rFonts w:hint="eastAsia"/>
        </w:rPr>
      </w:pPr>
      <w:r>
        <w:rPr>
          <w:b/>
        </w:rPr>
        <w:t>Thank you for your business.</w:t>
      </w:r>
    </w:p>
    <w:p w:rsidR="009E6E9B" w:rsidRDefault="00AE654F">
      <w:pPr>
        <w:jc w:val="center"/>
        <w:rPr>
          <w:rFonts w:hint="eastAsia"/>
        </w:rPr>
      </w:pPr>
      <w:r>
        <w:rPr>
          <w:color w:val="888888"/>
          <w:sz w:val="14"/>
        </w:rPr>
        <w:t>Template 1 • Fully editable in Microsoft Word</w:t>
      </w:r>
    </w:p>
    <w:p w:rsidR="009E6E9B" w:rsidRDefault="00AE654F">
      <w:pPr>
        <w:rPr>
          <w:rFonts w:hint="eastAsia"/>
        </w:rPr>
      </w:pPr>
      <w:r>
        <w:br w:type="page"/>
      </w:r>
    </w:p>
    <w:p w:rsidR="009E6E9B" w:rsidRDefault="00AE654F">
      <w:pPr>
        <w:spacing w:after="40"/>
        <w:jc w:val="center"/>
        <w:rPr>
          <w:rFonts w:hint="eastAsia"/>
        </w:rPr>
      </w:pPr>
      <w:r>
        <w:rPr>
          <w:rFonts w:ascii="Aptos Display" w:hAnsi="Aptos Display"/>
          <w:b/>
          <w:color w:val="2E7D5B"/>
          <w:sz w:val="40"/>
        </w:rPr>
        <w:lastRenderedPageBreak/>
        <w:t>ENTRY PAYMENT RECEIPT</w:t>
      </w:r>
    </w:p>
    <w:p w:rsidR="009E6E9B" w:rsidRDefault="00AE654F">
      <w:pPr>
        <w:jc w:val="center"/>
        <w:rPr>
          <w:rFonts w:hint="eastAsia"/>
        </w:rPr>
      </w:pPr>
      <w:r>
        <w:rPr>
          <w:i/>
          <w:color w:val="666666"/>
        </w:rPr>
        <w:t>Modern • Corporate Receipt</w:t>
      </w:r>
    </w:p>
    <w:tbl>
      <w:tblPr>
        <w:tblW w:w="0" w:type="auto"/>
        <w:jc w:val="center"/>
        <w:tblBorders>
          <w:top w:val="single" w:sz="5" w:space="0" w:color="B8B8B8"/>
          <w:left w:val="single" w:sz="5" w:space="0" w:color="B8B8B8"/>
          <w:bottom w:val="single" w:sz="5" w:space="0" w:color="B8B8B8"/>
          <w:right w:val="single" w:sz="5" w:space="0" w:color="B8B8B8"/>
          <w:insideH w:val="single" w:sz="5" w:space="0" w:color="B8B8B8"/>
          <w:insideV w:val="single" w:sz="5" w:space="0" w:color="B8B8B8"/>
        </w:tblBorders>
        <w:tblLook w:val="04A0" w:firstRow="1" w:lastRow="0" w:firstColumn="1" w:lastColumn="0" w:noHBand="0" w:noVBand="1"/>
      </w:tblPr>
      <w:tblGrid>
        <w:gridCol w:w="2664"/>
        <w:gridCol w:w="2664"/>
        <w:gridCol w:w="2664"/>
        <w:gridCol w:w="2664"/>
      </w:tblGrid>
      <w:tr w:rsidR="009E6E9B">
        <w:trPr>
          <w:jc w:val="center"/>
        </w:trPr>
        <w:tc>
          <w:tcPr>
            <w:tcW w:w="2664" w:type="dxa"/>
            <w:shd w:val="clear" w:color="auto" w:fill="F1F3F5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b/>
                <w:sz w:val="17"/>
              </w:rPr>
              <w:t>Receipt No.</w:t>
            </w:r>
          </w:p>
        </w:tc>
        <w:tc>
          <w:tcPr>
            <w:tcW w:w="266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________________</w:t>
            </w:r>
          </w:p>
        </w:tc>
        <w:tc>
          <w:tcPr>
            <w:tcW w:w="2664" w:type="dxa"/>
            <w:shd w:val="clear" w:color="auto" w:fill="F1F3F5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b/>
                <w:sz w:val="17"/>
              </w:rPr>
              <w:t>Date</w:t>
            </w:r>
          </w:p>
        </w:tc>
        <w:tc>
          <w:tcPr>
            <w:tcW w:w="266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________________</w:t>
            </w:r>
          </w:p>
        </w:tc>
      </w:tr>
      <w:tr w:rsidR="009E6E9B">
        <w:trPr>
          <w:jc w:val="center"/>
        </w:trPr>
        <w:tc>
          <w:tcPr>
            <w:tcW w:w="2664" w:type="dxa"/>
            <w:shd w:val="clear" w:color="auto" w:fill="F1F3F5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b/>
                <w:sz w:val="17"/>
              </w:rPr>
              <w:t>Received From</w:t>
            </w:r>
          </w:p>
        </w:tc>
        <w:tc>
          <w:tcPr>
            <w:tcW w:w="266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________________</w:t>
            </w:r>
          </w:p>
        </w:tc>
        <w:tc>
          <w:tcPr>
            <w:tcW w:w="2664" w:type="dxa"/>
            <w:shd w:val="clear" w:color="auto" w:fill="F1F3F5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b/>
                <w:sz w:val="17"/>
              </w:rPr>
              <w:t>Phone / Email</w:t>
            </w:r>
          </w:p>
        </w:tc>
        <w:tc>
          <w:tcPr>
            <w:tcW w:w="266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________________</w:t>
            </w:r>
          </w:p>
        </w:tc>
      </w:tr>
      <w:tr w:rsidR="009E6E9B">
        <w:trPr>
          <w:jc w:val="center"/>
        </w:trPr>
        <w:tc>
          <w:tcPr>
            <w:tcW w:w="2664" w:type="dxa"/>
            <w:shd w:val="clear" w:color="auto" w:fill="F1F3F5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b/>
                <w:sz w:val="17"/>
              </w:rPr>
              <w:t>Payment Method</w:t>
            </w:r>
          </w:p>
        </w:tc>
        <w:tc>
          <w:tcPr>
            <w:tcW w:w="266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☐ Cash  ☐ Card  ☐ Transfer  ☐ Other</w:t>
            </w:r>
          </w:p>
        </w:tc>
        <w:tc>
          <w:tcPr>
            <w:tcW w:w="2664" w:type="dxa"/>
            <w:shd w:val="clear" w:color="auto" w:fill="F1F3F5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b/>
                <w:sz w:val="17"/>
              </w:rPr>
              <w:t>Reference</w:t>
            </w:r>
          </w:p>
        </w:tc>
        <w:tc>
          <w:tcPr>
            <w:tcW w:w="266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________________</w:t>
            </w:r>
          </w:p>
        </w:tc>
      </w:tr>
    </w:tbl>
    <w:p w:rsidR="009E6E9B" w:rsidRDefault="009E6E9B">
      <w:pPr>
        <w:spacing w:after="20"/>
        <w:rPr>
          <w:rFonts w:hint="eastAsia"/>
        </w:rPr>
      </w:pPr>
    </w:p>
    <w:tbl>
      <w:tblPr>
        <w:tblW w:w="0" w:type="auto"/>
        <w:jc w:val="center"/>
        <w:tblBorders>
          <w:top w:val="single" w:sz="5" w:space="0" w:color="999999"/>
          <w:left w:val="single" w:sz="5" w:space="0" w:color="999999"/>
          <w:bottom w:val="single" w:sz="5" w:space="0" w:color="999999"/>
          <w:right w:val="single" w:sz="5" w:space="0" w:color="999999"/>
          <w:insideH w:val="single" w:sz="5" w:space="0" w:color="999999"/>
          <w:insideV w:val="single" w:sz="5" w:space="0" w:color="999999"/>
        </w:tblBorders>
        <w:tblLook w:val="04A0" w:firstRow="1" w:lastRow="0" w:firstColumn="1" w:lastColumn="0" w:noHBand="0" w:noVBand="1"/>
      </w:tblPr>
      <w:tblGrid>
        <w:gridCol w:w="2800"/>
        <w:gridCol w:w="1987"/>
        <w:gridCol w:w="2046"/>
        <w:gridCol w:w="2017"/>
        <w:gridCol w:w="2046"/>
      </w:tblGrid>
      <w:tr w:rsidR="009E6E9B">
        <w:trPr>
          <w:jc w:val="center"/>
        </w:trPr>
        <w:tc>
          <w:tcPr>
            <w:tcW w:w="2131" w:type="dxa"/>
            <w:shd w:val="clear" w:color="auto" w:fill="2E7D5B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Description / Item</w:t>
            </w:r>
          </w:p>
        </w:tc>
        <w:tc>
          <w:tcPr>
            <w:tcW w:w="2131" w:type="dxa"/>
            <w:shd w:val="clear" w:color="auto" w:fill="2E7D5B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Qty</w:t>
            </w:r>
          </w:p>
        </w:tc>
        <w:tc>
          <w:tcPr>
            <w:tcW w:w="2131" w:type="dxa"/>
            <w:shd w:val="clear" w:color="auto" w:fill="2E7D5B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Unit Price</w:t>
            </w:r>
          </w:p>
        </w:tc>
        <w:tc>
          <w:tcPr>
            <w:tcW w:w="2131" w:type="dxa"/>
            <w:shd w:val="clear" w:color="auto" w:fill="2E7D5B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Tax</w:t>
            </w:r>
          </w:p>
        </w:tc>
        <w:tc>
          <w:tcPr>
            <w:tcW w:w="2131" w:type="dxa"/>
            <w:shd w:val="clear" w:color="auto" w:fill="2E7D5B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Amount</w:t>
            </w:r>
          </w:p>
        </w:tc>
      </w:tr>
      <w:tr w:rsidR="009E6E9B">
        <w:trPr>
          <w:jc w:val="center"/>
        </w:trPr>
        <w:tc>
          <w:tcPr>
            <w:tcW w:w="2131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________________________________</w:t>
            </w:r>
          </w:p>
        </w:tc>
        <w:tc>
          <w:tcPr>
            <w:tcW w:w="2131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</w:t>
            </w:r>
          </w:p>
        </w:tc>
        <w:tc>
          <w:tcPr>
            <w:tcW w:w="2131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____________</w:t>
            </w:r>
          </w:p>
        </w:tc>
        <w:tc>
          <w:tcPr>
            <w:tcW w:w="2131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</w:t>
            </w:r>
          </w:p>
        </w:tc>
        <w:tc>
          <w:tcPr>
            <w:tcW w:w="2131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____________</w:t>
            </w:r>
          </w:p>
        </w:tc>
      </w:tr>
      <w:tr w:rsidR="009E6E9B">
        <w:trPr>
          <w:jc w:val="center"/>
        </w:trPr>
        <w:tc>
          <w:tcPr>
            <w:tcW w:w="2131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________________________________</w:t>
            </w:r>
          </w:p>
        </w:tc>
        <w:tc>
          <w:tcPr>
            <w:tcW w:w="2131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</w:t>
            </w:r>
          </w:p>
        </w:tc>
        <w:tc>
          <w:tcPr>
            <w:tcW w:w="2131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____________</w:t>
            </w:r>
          </w:p>
        </w:tc>
        <w:tc>
          <w:tcPr>
            <w:tcW w:w="2131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</w:t>
            </w:r>
          </w:p>
        </w:tc>
        <w:tc>
          <w:tcPr>
            <w:tcW w:w="2131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____________</w:t>
            </w:r>
          </w:p>
        </w:tc>
      </w:tr>
      <w:tr w:rsidR="009E6E9B">
        <w:trPr>
          <w:jc w:val="center"/>
        </w:trPr>
        <w:tc>
          <w:tcPr>
            <w:tcW w:w="2131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________________________________</w:t>
            </w:r>
          </w:p>
        </w:tc>
        <w:tc>
          <w:tcPr>
            <w:tcW w:w="2131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</w:t>
            </w:r>
          </w:p>
        </w:tc>
        <w:tc>
          <w:tcPr>
            <w:tcW w:w="2131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____________</w:t>
            </w:r>
          </w:p>
        </w:tc>
        <w:tc>
          <w:tcPr>
            <w:tcW w:w="2131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</w:t>
            </w:r>
          </w:p>
        </w:tc>
        <w:tc>
          <w:tcPr>
            <w:tcW w:w="2131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____________</w:t>
            </w:r>
          </w:p>
        </w:tc>
      </w:tr>
      <w:tr w:rsidR="009E6E9B">
        <w:trPr>
          <w:jc w:val="center"/>
        </w:trPr>
        <w:tc>
          <w:tcPr>
            <w:tcW w:w="2131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________________________________</w:t>
            </w:r>
          </w:p>
        </w:tc>
        <w:tc>
          <w:tcPr>
            <w:tcW w:w="2131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</w:t>
            </w:r>
          </w:p>
        </w:tc>
        <w:tc>
          <w:tcPr>
            <w:tcW w:w="2131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____________</w:t>
            </w:r>
          </w:p>
        </w:tc>
        <w:tc>
          <w:tcPr>
            <w:tcW w:w="2131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</w:t>
            </w:r>
          </w:p>
        </w:tc>
        <w:tc>
          <w:tcPr>
            <w:tcW w:w="2131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____________</w:t>
            </w:r>
          </w:p>
        </w:tc>
      </w:tr>
    </w:tbl>
    <w:p w:rsidR="009E6E9B" w:rsidRDefault="009E6E9B">
      <w:pPr>
        <w:spacing w:after="20"/>
        <w:rPr>
          <w:rFonts w:hint="eastAsia"/>
        </w:rPr>
      </w:pPr>
    </w:p>
    <w:tbl>
      <w:tblPr>
        <w:tblW w:w="0" w:type="auto"/>
        <w:jc w:val="right"/>
        <w:tblBorders>
          <w:top w:val="single" w:sz="5" w:space="0" w:color="AAAAAA"/>
          <w:left w:val="single" w:sz="5" w:space="0" w:color="AAAAAA"/>
          <w:bottom w:val="single" w:sz="5" w:space="0" w:color="AAAAAA"/>
          <w:right w:val="single" w:sz="5" w:space="0" w:color="AAAAAA"/>
          <w:insideH w:val="single" w:sz="5" w:space="0" w:color="AAAAAA"/>
          <w:insideV w:val="single" w:sz="5" w:space="0" w:color="AAAAAA"/>
        </w:tblBorders>
        <w:tblLook w:val="04A0" w:firstRow="1" w:lastRow="0" w:firstColumn="1" w:lastColumn="0" w:noHBand="0" w:noVBand="1"/>
      </w:tblPr>
      <w:tblGrid>
        <w:gridCol w:w="5328"/>
        <w:gridCol w:w="5328"/>
      </w:tblGrid>
      <w:tr w:rsidR="009E6E9B">
        <w:trPr>
          <w:jc w:val="right"/>
        </w:trPr>
        <w:tc>
          <w:tcPr>
            <w:tcW w:w="532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jc w:val="right"/>
              <w:rPr>
                <w:rFonts w:hint="eastAsia"/>
              </w:rPr>
            </w:pPr>
            <w:r>
              <w:rPr>
                <w:sz w:val="17"/>
              </w:rPr>
              <w:t>Subtotal</w:t>
            </w:r>
          </w:p>
        </w:tc>
        <w:tc>
          <w:tcPr>
            <w:tcW w:w="532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jc w:val="right"/>
              <w:rPr>
                <w:rFonts w:hint="eastAsia"/>
              </w:rPr>
            </w:pPr>
            <w:r>
              <w:rPr>
                <w:sz w:val="17"/>
              </w:rPr>
              <w:t>________________</w:t>
            </w:r>
          </w:p>
        </w:tc>
      </w:tr>
      <w:tr w:rsidR="009E6E9B">
        <w:trPr>
          <w:jc w:val="right"/>
        </w:trPr>
        <w:tc>
          <w:tcPr>
            <w:tcW w:w="532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jc w:val="right"/>
              <w:rPr>
                <w:rFonts w:hint="eastAsia"/>
              </w:rPr>
            </w:pPr>
            <w:r>
              <w:rPr>
                <w:sz w:val="17"/>
              </w:rPr>
              <w:t>Tax / VAT</w:t>
            </w:r>
          </w:p>
        </w:tc>
        <w:tc>
          <w:tcPr>
            <w:tcW w:w="532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jc w:val="right"/>
              <w:rPr>
                <w:rFonts w:hint="eastAsia"/>
              </w:rPr>
            </w:pPr>
            <w:r>
              <w:rPr>
                <w:sz w:val="17"/>
              </w:rPr>
              <w:t>________________</w:t>
            </w:r>
          </w:p>
        </w:tc>
      </w:tr>
      <w:tr w:rsidR="009E6E9B">
        <w:trPr>
          <w:jc w:val="right"/>
        </w:trPr>
        <w:tc>
          <w:tcPr>
            <w:tcW w:w="532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jc w:val="right"/>
              <w:rPr>
                <w:rFonts w:hint="eastAsia"/>
              </w:rPr>
            </w:pPr>
            <w:r>
              <w:rPr>
                <w:sz w:val="17"/>
              </w:rPr>
              <w:t>Discount</w:t>
            </w:r>
          </w:p>
        </w:tc>
        <w:tc>
          <w:tcPr>
            <w:tcW w:w="532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jc w:val="right"/>
              <w:rPr>
                <w:rFonts w:hint="eastAsia"/>
              </w:rPr>
            </w:pPr>
            <w:r>
              <w:rPr>
                <w:sz w:val="17"/>
              </w:rPr>
              <w:t>________________</w:t>
            </w:r>
          </w:p>
        </w:tc>
      </w:tr>
      <w:tr w:rsidR="009E6E9B">
        <w:trPr>
          <w:jc w:val="right"/>
        </w:trPr>
        <w:tc>
          <w:tcPr>
            <w:tcW w:w="5328" w:type="dxa"/>
            <w:shd w:val="clear" w:color="auto" w:fill="2E7D5B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jc w:val="right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TOTAL PAID</w:t>
            </w:r>
          </w:p>
        </w:tc>
        <w:tc>
          <w:tcPr>
            <w:tcW w:w="5328" w:type="dxa"/>
            <w:shd w:val="clear" w:color="auto" w:fill="2E7D5B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jc w:val="right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________________</w:t>
            </w:r>
          </w:p>
        </w:tc>
      </w:tr>
    </w:tbl>
    <w:p w:rsidR="009E6E9B" w:rsidRDefault="00AE654F">
      <w:pPr>
        <w:spacing w:before="140"/>
        <w:rPr>
          <w:rFonts w:hint="eastAsia"/>
        </w:rPr>
      </w:pPr>
      <w:r>
        <w:rPr>
          <w:b/>
        </w:rPr>
        <w:t xml:space="preserve">Amount in words: </w:t>
      </w:r>
      <w:r>
        <w:t>____________________________________________________________</w:t>
      </w:r>
    </w:p>
    <w:p w:rsidR="009E6E9B" w:rsidRDefault="00AE654F">
      <w:pPr>
        <w:spacing w:after="0"/>
        <w:rPr>
          <w:rFonts w:hint="eastAsia"/>
        </w:rPr>
      </w:pPr>
      <w:r>
        <w:rPr>
          <w:b/>
        </w:rPr>
        <w:t xml:space="preserve">Notes: </w:t>
      </w:r>
      <w:r>
        <w:t>________________________________________________________________________________</w:t>
      </w:r>
    </w:p>
    <w:p w:rsidR="009E6E9B" w:rsidRDefault="00AE654F">
      <w:pPr>
        <w:spacing w:before="160"/>
        <w:jc w:val="center"/>
        <w:rPr>
          <w:rFonts w:hint="eastAsia"/>
        </w:rPr>
      </w:pPr>
      <w:r>
        <w:rPr>
          <w:b/>
        </w:rPr>
        <w:t>Thank you for your business.</w:t>
      </w:r>
    </w:p>
    <w:p w:rsidR="009E6E9B" w:rsidRDefault="00AE654F">
      <w:pPr>
        <w:jc w:val="center"/>
        <w:rPr>
          <w:rFonts w:hint="eastAsia"/>
        </w:rPr>
      </w:pPr>
      <w:r>
        <w:rPr>
          <w:color w:val="888888"/>
          <w:sz w:val="14"/>
        </w:rPr>
        <w:t>Template 2 • Fully editable in Microsoft Word</w:t>
      </w:r>
    </w:p>
    <w:p w:rsidR="009E6E9B" w:rsidRDefault="00AE654F">
      <w:pPr>
        <w:rPr>
          <w:rFonts w:hint="eastAsia"/>
        </w:rPr>
      </w:pPr>
      <w:r>
        <w:br w:type="page"/>
      </w:r>
    </w:p>
    <w:p w:rsidR="009E6E9B" w:rsidRDefault="00AE654F">
      <w:pPr>
        <w:spacing w:after="40"/>
        <w:jc w:val="center"/>
        <w:rPr>
          <w:rFonts w:hint="eastAsia"/>
        </w:rPr>
      </w:pPr>
      <w:r>
        <w:rPr>
          <w:rFonts w:ascii="Aptos Display" w:hAnsi="Aptos Display"/>
          <w:b/>
          <w:color w:val="6A4C93"/>
          <w:sz w:val="40"/>
        </w:rPr>
        <w:lastRenderedPageBreak/>
        <w:t>OFFICIAL ENTRY RECEIPT</w:t>
      </w:r>
    </w:p>
    <w:p w:rsidR="009E6E9B" w:rsidRDefault="00AE654F">
      <w:pPr>
        <w:jc w:val="center"/>
        <w:rPr>
          <w:rFonts w:hint="eastAsia"/>
        </w:rPr>
      </w:pPr>
      <w:r>
        <w:rPr>
          <w:i/>
          <w:color w:val="666666"/>
        </w:rPr>
        <w:t>Formal • International Style</w:t>
      </w:r>
    </w:p>
    <w:tbl>
      <w:tblPr>
        <w:tblW w:w="0" w:type="auto"/>
        <w:jc w:val="center"/>
        <w:tblBorders>
          <w:top w:val="single" w:sz="5" w:space="0" w:color="B8B8B8"/>
          <w:left w:val="single" w:sz="5" w:space="0" w:color="B8B8B8"/>
          <w:bottom w:val="single" w:sz="5" w:space="0" w:color="B8B8B8"/>
          <w:right w:val="single" w:sz="5" w:space="0" w:color="B8B8B8"/>
          <w:insideH w:val="single" w:sz="5" w:space="0" w:color="B8B8B8"/>
          <w:insideV w:val="single" w:sz="5" w:space="0" w:color="B8B8B8"/>
        </w:tblBorders>
        <w:tblLook w:val="04A0" w:firstRow="1" w:lastRow="0" w:firstColumn="1" w:lastColumn="0" w:noHBand="0" w:noVBand="1"/>
      </w:tblPr>
      <w:tblGrid>
        <w:gridCol w:w="2664"/>
        <w:gridCol w:w="2664"/>
        <w:gridCol w:w="2664"/>
        <w:gridCol w:w="2664"/>
      </w:tblGrid>
      <w:tr w:rsidR="009E6E9B">
        <w:trPr>
          <w:jc w:val="center"/>
        </w:trPr>
        <w:tc>
          <w:tcPr>
            <w:tcW w:w="2664" w:type="dxa"/>
            <w:shd w:val="clear" w:color="auto" w:fill="F1F3F5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b/>
                <w:sz w:val="17"/>
              </w:rPr>
              <w:t>Receipt No.</w:t>
            </w:r>
          </w:p>
        </w:tc>
        <w:tc>
          <w:tcPr>
            <w:tcW w:w="266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________________</w:t>
            </w:r>
          </w:p>
        </w:tc>
        <w:tc>
          <w:tcPr>
            <w:tcW w:w="2664" w:type="dxa"/>
            <w:shd w:val="clear" w:color="auto" w:fill="F1F3F5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b/>
                <w:sz w:val="17"/>
              </w:rPr>
              <w:t>Date</w:t>
            </w:r>
          </w:p>
        </w:tc>
        <w:tc>
          <w:tcPr>
            <w:tcW w:w="266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________________</w:t>
            </w:r>
          </w:p>
        </w:tc>
      </w:tr>
      <w:tr w:rsidR="009E6E9B">
        <w:trPr>
          <w:jc w:val="center"/>
        </w:trPr>
        <w:tc>
          <w:tcPr>
            <w:tcW w:w="2664" w:type="dxa"/>
            <w:shd w:val="clear" w:color="auto" w:fill="F1F3F5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b/>
                <w:sz w:val="17"/>
              </w:rPr>
              <w:t>Received From</w:t>
            </w:r>
          </w:p>
        </w:tc>
        <w:tc>
          <w:tcPr>
            <w:tcW w:w="266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________________</w:t>
            </w:r>
          </w:p>
        </w:tc>
        <w:tc>
          <w:tcPr>
            <w:tcW w:w="2664" w:type="dxa"/>
            <w:shd w:val="clear" w:color="auto" w:fill="F1F3F5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b/>
                <w:sz w:val="17"/>
              </w:rPr>
              <w:t>Phone / Email</w:t>
            </w:r>
          </w:p>
        </w:tc>
        <w:tc>
          <w:tcPr>
            <w:tcW w:w="266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________________</w:t>
            </w:r>
          </w:p>
        </w:tc>
      </w:tr>
      <w:tr w:rsidR="009E6E9B">
        <w:trPr>
          <w:jc w:val="center"/>
        </w:trPr>
        <w:tc>
          <w:tcPr>
            <w:tcW w:w="2664" w:type="dxa"/>
            <w:shd w:val="clear" w:color="auto" w:fill="F1F3F5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b/>
                <w:sz w:val="17"/>
              </w:rPr>
              <w:t>Payment Method</w:t>
            </w:r>
          </w:p>
        </w:tc>
        <w:tc>
          <w:tcPr>
            <w:tcW w:w="266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☐ Cash  ☐ Card  ☐ Transfer  ☐ Other</w:t>
            </w:r>
          </w:p>
        </w:tc>
        <w:tc>
          <w:tcPr>
            <w:tcW w:w="2664" w:type="dxa"/>
            <w:shd w:val="clear" w:color="auto" w:fill="F1F3F5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b/>
                <w:sz w:val="17"/>
              </w:rPr>
              <w:t>Reference</w:t>
            </w:r>
          </w:p>
        </w:tc>
        <w:tc>
          <w:tcPr>
            <w:tcW w:w="266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________________</w:t>
            </w:r>
          </w:p>
        </w:tc>
      </w:tr>
    </w:tbl>
    <w:p w:rsidR="009E6E9B" w:rsidRDefault="009E6E9B">
      <w:pPr>
        <w:spacing w:after="20"/>
        <w:rPr>
          <w:rFonts w:hint="eastAsia"/>
        </w:rPr>
      </w:pPr>
    </w:p>
    <w:tbl>
      <w:tblPr>
        <w:tblW w:w="0" w:type="auto"/>
        <w:jc w:val="center"/>
        <w:tblBorders>
          <w:top w:val="single" w:sz="5" w:space="0" w:color="999999"/>
          <w:left w:val="single" w:sz="5" w:space="0" w:color="999999"/>
          <w:bottom w:val="single" w:sz="5" w:space="0" w:color="999999"/>
          <w:right w:val="single" w:sz="5" w:space="0" w:color="999999"/>
          <w:insideH w:val="single" w:sz="5" w:space="0" w:color="999999"/>
          <w:insideV w:val="single" w:sz="5" w:space="0" w:color="999999"/>
        </w:tblBorders>
        <w:tblLook w:val="04A0" w:firstRow="1" w:lastRow="0" w:firstColumn="1" w:lastColumn="0" w:noHBand="0" w:noVBand="1"/>
      </w:tblPr>
      <w:tblGrid>
        <w:gridCol w:w="2800"/>
        <w:gridCol w:w="1987"/>
        <w:gridCol w:w="2046"/>
        <w:gridCol w:w="2017"/>
        <w:gridCol w:w="2046"/>
      </w:tblGrid>
      <w:tr w:rsidR="009E6E9B">
        <w:trPr>
          <w:jc w:val="center"/>
        </w:trPr>
        <w:tc>
          <w:tcPr>
            <w:tcW w:w="2131" w:type="dxa"/>
            <w:shd w:val="clear" w:color="auto" w:fill="6A4C93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Description / Item</w:t>
            </w:r>
          </w:p>
        </w:tc>
        <w:tc>
          <w:tcPr>
            <w:tcW w:w="2131" w:type="dxa"/>
            <w:shd w:val="clear" w:color="auto" w:fill="6A4C93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Qty</w:t>
            </w:r>
          </w:p>
        </w:tc>
        <w:tc>
          <w:tcPr>
            <w:tcW w:w="2131" w:type="dxa"/>
            <w:shd w:val="clear" w:color="auto" w:fill="6A4C93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Unit Price</w:t>
            </w:r>
          </w:p>
        </w:tc>
        <w:tc>
          <w:tcPr>
            <w:tcW w:w="2131" w:type="dxa"/>
            <w:shd w:val="clear" w:color="auto" w:fill="6A4C93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Tax</w:t>
            </w:r>
          </w:p>
        </w:tc>
        <w:tc>
          <w:tcPr>
            <w:tcW w:w="2131" w:type="dxa"/>
            <w:shd w:val="clear" w:color="auto" w:fill="6A4C93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Amount</w:t>
            </w:r>
          </w:p>
        </w:tc>
      </w:tr>
      <w:tr w:rsidR="009E6E9B">
        <w:trPr>
          <w:jc w:val="center"/>
        </w:trPr>
        <w:tc>
          <w:tcPr>
            <w:tcW w:w="2131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________________________________</w:t>
            </w:r>
          </w:p>
        </w:tc>
        <w:tc>
          <w:tcPr>
            <w:tcW w:w="2131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</w:t>
            </w:r>
          </w:p>
        </w:tc>
        <w:tc>
          <w:tcPr>
            <w:tcW w:w="2131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____________</w:t>
            </w:r>
          </w:p>
        </w:tc>
        <w:tc>
          <w:tcPr>
            <w:tcW w:w="2131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</w:t>
            </w:r>
          </w:p>
        </w:tc>
        <w:tc>
          <w:tcPr>
            <w:tcW w:w="2131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____________</w:t>
            </w:r>
          </w:p>
        </w:tc>
      </w:tr>
      <w:tr w:rsidR="009E6E9B">
        <w:trPr>
          <w:jc w:val="center"/>
        </w:trPr>
        <w:tc>
          <w:tcPr>
            <w:tcW w:w="2131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________________________________</w:t>
            </w:r>
          </w:p>
        </w:tc>
        <w:tc>
          <w:tcPr>
            <w:tcW w:w="2131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</w:t>
            </w:r>
          </w:p>
        </w:tc>
        <w:tc>
          <w:tcPr>
            <w:tcW w:w="2131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____________</w:t>
            </w:r>
          </w:p>
        </w:tc>
        <w:tc>
          <w:tcPr>
            <w:tcW w:w="2131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</w:t>
            </w:r>
          </w:p>
        </w:tc>
        <w:tc>
          <w:tcPr>
            <w:tcW w:w="2131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____________</w:t>
            </w:r>
          </w:p>
        </w:tc>
      </w:tr>
      <w:tr w:rsidR="009E6E9B">
        <w:trPr>
          <w:jc w:val="center"/>
        </w:trPr>
        <w:tc>
          <w:tcPr>
            <w:tcW w:w="2131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________________________________</w:t>
            </w:r>
          </w:p>
        </w:tc>
        <w:tc>
          <w:tcPr>
            <w:tcW w:w="2131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</w:t>
            </w:r>
          </w:p>
        </w:tc>
        <w:tc>
          <w:tcPr>
            <w:tcW w:w="2131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____________</w:t>
            </w:r>
          </w:p>
        </w:tc>
        <w:tc>
          <w:tcPr>
            <w:tcW w:w="2131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</w:t>
            </w:r>
          </w:p>
        </w:tc>
        <w:tc>
          <w:tcPr>
            <w:tcW w:w="2131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____________</w:t>
            </w:r>
          </w:p>
        </w:tc>
      </w:tr>
      <w:tr w:rsidR="009E6E9B">
        <w:trPr>
          <w:jc w:val="center"/>
        </w:trPr>
        <w:tc>
          <w:tcPr>
            <w:tcW w:w="2131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________________________________</w:t>
            </w:r>
          </w:p>
        </w:tc>
        <w:tc>
          <w:tcPr>
            <w:tcW w:w="2131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</w:t>
            </w:r>
          </w:p>
        </w:tc>
        <w:tc>
          <w:tcPr>
            <w:tcW w:w="2131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____________</w:t>
            </w:r>
          </w:p>
        </w:tc>
        <w:tc>
          <w:tcPr>
            <w:tcW w:w="2131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</w:t>
            </w:r>
          </w:p>
        </w:tc>
        <w:tc>
          <w:tcPr>
            <w:tcW w:w="2131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____________</w:t>
            </w:r>
          </w:p>
        </w:tc>
      </w:tr>
    </w:tbl>
    <w:p w:rsidR="009E6E9B" w:rsidRDefault="009E6E9B">
      <w:pPr>
        <w:spacing w:after="20"/>
        <w:rPr>
          <w:rFonts w:hint="eastAsia"/>
        </w:rPr>
      </w:pPr>
    </w:p>
    <w:tbl>
      <w:tblPr>
        <w:tblW w:w="0" w:type="auto"/>
        <w:jc w:val="right"/>
        <w:tblBorders>
          <w:top w:val="single" w:sz="5" w:space="0" w:color="AAAAAA"/>
          <w:left w:val="single" w:sz="5" w:space="0" w:color="AAAAAA"/>
          <w:bottom w:val="single" w:sz="5" w:space="0" w:color="AAAAAA"/>
          <w:right w:val="single" w:sz="5" w:space="0" w:color="AAAAAA"/>
          <w:insideH w:val="single" w:sz="5" w:space="0" w:color="AAAAAA"/>
          <w:insideV w:val="single" w:sz="5" w:space="0" w:color="AAAAAA"/>
        </w:tblBorders>
        <w:tblLook w:val="04A0" w:firstRow="1" w:lastRow="0" w:firstColumn="1" w:lastColumn="0" w:noHBand="0" w:noVBand="1"/>
      </w:tblPr>
      <w:tblGrid>
        <w:gridCol w:w="5328"/>
        <w:gridCol w:w="5328"/>
      </w:tblGrid>
      <w:tr w:rsidR="009E6E9B">
        <w:trPr>
          <w:jc w:val="right"/>
        </w:trPr>
        <w:tc>
          <w:tcPr>
            <w:tcW w:w="532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jc w:val="right"/>
              <w:rPr>
                <w:rFonts w:hint="eastAsia"/>
              </w:rPr>
            </w:pPr>
            <w:r>
              <w:rPr>
                <w:sz w:val="17"/>
              </w:rPr>
              <w:t>Subtotal</w:t>
            </w:r>
          </w:p>
        </w:tc>
        <w:tc>
          <w:tcPr>
            <w:tcW w:w="532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jc w:val="right"/>
              <w:rPr>
                <w:rFonts w:hint="eastAsia"/>
              </w:rPr>
            </w:pPr>
            <w:r>
              <w:rPr>
                <w:sz w:val="17"/>
              </w:rPr>
              <w:t>________________</w:t>
            </w:r>
          </w:p>
        </w:tc>
      </w:tr>
      <w:tr w:rsidR="009E6E9B">
        <w:trPr>
          <w:jc w:val="right"/>
        </w:trPr>
        <w:tc>
          <w:tcPr>
            <w:tcW w:w="532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jc w:val="right"/>
              <w:rPr>
                <w:rFonts w:hint="eastAsia"/>
              </w:rPr>
            </w:pPr>
            <w:r>
              <w:rPr>
                <w:sz w:val="17"/>
              </w:rPr>
              <w:t>Tax / VAT</w:t>
            </w:r>
          </w:p>
        </w:tc>
        <w:tc>
          <w:tcPr>
            <w:tcW w:w="532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jc w:val="right"/>
              <w:rPr>
                <w:rFonts w:hint="eastAsia"/>
              </w:rPr>
            </w:pPr>
            <w:r>
              <w:rPr>
                <w:sz w:val="17"/>
              </w:rPr>
              <w:t>________________</w:t>
            </w:r>
          </w:p>
        </w:tc>
      </w:tr>
      <w:tr w:rsidR="009E6E9B">
        <w:trPr>
          <w:jc w:val="right"/>
        </w:trPr>
        <w:tc>
          <w:tcPr>
            <w:tcW w:w="532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jc w:val="right"/>
              <w:rPr>
                <w:rFonts w:hint="eastAsia"/>
              </w:rPr>
            </w:pPr>
            <w:r>
              <w:rPr>
                <w:sz w:val="17"/>
              </w:rPr>
              <w:t>Discount</w:t>
            </w:r>
          </w:p>
        </w:tc>
        <w:tc>
          <w:tcPr>
            <w:tcW w:w="532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jc w:val="right"/>
              <w:rPr>
                <w:rFonts w:hint="eastAsia"/>
              </w:rPr>
            </w:pPr>
            <w:r>
              <w:rPr>
                <w:sz w:val="17"/>
              </w:rPr>
              <w:t>________________</w:t>
            </w:r>
          </w:p>
        </w:tc>
      </w:tr>
      <w:tr w:rsidR="009E6E9B">
        <w:trPr>
          <w:jc w:val="right"/>
        </w:trPr>
        <w:tc>
          <w:tcPr>
            <w:tcW w:w="5328" w:type="dxa"/>
            <w:shd w:val="clear" w:color="auto" w:fill="6A4C93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jc w:val="right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TOTAL PAID</w:t>
            </w:r>
          </w:p>
        </w:tc>
        <w:tc>
          <w:tcPr>
            <w:tcW w:w="5328" w:type="dxa"/>
            <w:shd w:val="clear" w:color="auto" w:fill="6A4C93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jc w:val="right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________________</w:t>
            </w:r>
          </w:p>
        </w:tc>
      </w:tr>
    </w:tbl>
    <w:p w:rsidR="009E6E9B" w:rsidRDefault="00AE654F">
      <w:pPr>
        <w:spacing w:before="140"/>
        <w:rPr>
          <w:rFonts w:hint="eastAsia"/>
        </w:rPr>
      </w:pPr>
      <w:r>
        <w:rPr>
          <w:b/>
        </w:rPr>
        <w:t xml:space="preserve">Amount in words: </w:t>
      </w:r>
      <w:r>
        <w:t>____________________________________________________________</w:t>
      </w:r>
    </w:p>
    <w:p w:rsidR="009E6E9B" w:rsidRDefault="00AE654F">
      <w:pPr>
        <w:spacing w:after="0"/>
        <w:rPr>
          <w:rFonts w:hint="eastAsia"/>
        </w:rPr>
      </w:pPr>
      <w:r>
        <w:rPr>
          <w:b/>
        </w:rPr>
        <w:t xml:space="preserve">Notes: </w:t>
      </w:r>
      <w:r>
        <w:t>________________________________________________________________________________</w:t>
      </w:r>
    </w:p>
    <w:p w:rsidR="009E6E9B" w:rsidRDefault="00AE654F">
      <w:pPr>
        <w:spacing w:before="160"/>
        <w:jc w:val="center"/>
        <w:rPr>
          <w:rFonts w:hint="eastAsia"/>
        </w:rPr>
      </w:pPr>
      <w:r>
        <w:rPr>
          <w:b/>
        </w:rPr>
        <w:t>Thank you for your business.</w:t>
      </w:r>
    </w:p>
    <w:p w:rsidR="009E6E9B" w:rsidRDefault="00AE654F">
      <w:pPr>
        <w:jc w:val="center"/>
        <w:rPr>
          <w:rFonts w:hint="eastAsia"/>
        </w:rPr>
      </w:pPr>
      <w:r>
        <w:rPr>
          <w:color w:val="888888"/>
          <w:sz w:val="14"/>
        </w:rPr>
        <w:t>Template 3 • Fully editable in Microsoft Word</w:t>
      </w:r>
    </w:p>
    <w:p w:rsidR="009E6E9B" w:rsidRDefault="00AE654F">
      <w:pPr>
        <w:rPr>
          <w:rFonts w:hint="eastAsia"/>
        </w:rPr>
      </w:pPr>
      <w:r>
        <w:br w:type="page"/>
      </w:r>
    </w:p>
    <w:p w:rsidR="009E6E9B" w:rsidRDefault="00AE654F">
      <w:pPr>
        <w:spacing w:after="40"/>
        <w:jc w:val="center"/>
        <w:rPr>
          <w:rFonts w:hint="eastAsia"/>
        </w:rPr>
      </w:pPr>
      <w:r>
        <w:rPr>
          <w:rFonts w:ascii="Aptos Display" w:hAnsi="Aptos Display"/>
          <w:b/>
          <w:color w:val="B45F06"/>
          <w:sz w:val="40"/>
        </w:rPr>
        <w:lastRenderedPageBreak/>
        <w:t>VISITOR ENTRY RECEIPT</w:t>
      </w:r>
    </w:p>
    <w:p w:rsidR="009E6E9B" w:rsidRDefault="00AE654F">
      <w:pPr>
        <w:jc w:val="center"/>
        <w:rPr>
          <w:rFonts w:hint="eastAsia"/>
        </w:rPr>
      </w:pPr>
      <w:r>
        <w:rPr>
          <w:i/>
          <w:color w:val="666666"/>
        </w:rPr>
        <w:t>Simple • Customer-Friendly Layout</w:t>
      </w:r>
    </w:p>
    <w:tbl>
      <w:tblPr>
        <w:tblW w:w="0" w:type="auto"/>
        <w:jc w:val="center"/>
        <w:tblBorders>
          <w:top w:val="single" w:sz="5" w:space="0" w:color="B8B8B8"/>
          <w:left w:val="single" w:sz="5" w:space="0" w:color="B8B8B8"/>
          <w:bottom w:val="single" w:sz="5" w:space="0" w:color="B8B8B8"/>
          <w:right w:val="single" w:sz="5" w:space="0" w:color="B8B8B8"/>
          <w:insideH w:val="single" w:sz="5" w:space="0" w:color="B8B8B8"/>
          <w:insideV w:val="single" w:sz="5" w:space="0" w:color="B8B8B8"/>
        </w:tblBorders>
        <w:tblLook w:val="04A0" w:firstRow="1" w:lastRow="0" w:firstColumn="1" w:lastColumn="0" w:noHBand="0" w:noVBand="1"/>
      </w:tblPr>
      <w:tblGrid>
        <w:gridCol w:w="2664"/>
        <w:gridCol w:w="2664"/>
        <w:gridCol w:w="2664"/>
        <w:gridCol w:w="2664"/>
      </w:tblGrid>
      <w:tr w:rsidR="009E6E9B">
        <w:trPr>
          <w:jc w:val="center"/>
        </w:trPr>
        <w:tc>
          <w:tcPr>
            <w:tcW w:w="2664" w:type="dxa"/>
            <w:shd w:val="clear" w:color="auto" w:fill="F1F3F5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b/>
                <w:sz w:val="17"/>
              </w:rPr>
              <w:t>Receipt No.</w:t>
            </w:r>
          </w:p>
        </w:tc>
        <w:tc>
          <w:tcPr>
            <w:tcW w:w="266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________________</w:t>
            </w:r>
          </w:p>
        </w:tc>
        <w:tc>
          <w:tcPr>
            <w:tcW w:w="2664" w:type="dxa"/>
            <w:shd w:val="clear" w:color="auto" w:fill="F1F3F5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b/>
                <w:sz w:val="17"/>
              </w:rPr>
              <w:t>Date</w:t>
            </w:r>
          </w:p>
        </w:tc>
        <w:tc>
          <w:tcPr>
            <w:tcW w:w="266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________________</w:t>
            </w:r>
          </w:p>
        </w:tc>
      </w:tr>
      <w:tr w:rsidR="009E6E9B">
        <w:trPr>
          <w:jc w:val="center"/>
        </w:trPr>
        <w:tc>
          <w:tcPr>
            <w:tcW w:w="2664" w:type="dxa"/>
            <w:shd w:val="clear" w:color="auto" w:fill="F1F3F5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b/>
                <w:sz w:val="17"/>
              </w:rPr>
              <w:t>Received From</w:t>
            </w:r>
          </w:p>
        </w:tc>
        <w:tc>
          <w:tcPr>
            <w:tcW w:w="266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________________</w:t>
            </w:r>
          </w:p>
        </w:tc>
        <w:tc>
          <w:tcPr>
            <w:tcW w:w="2664" w:type="dxa"/>
            <w:shd w:val="clear" w:color="auto" w:fill="F1F3F5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b/>
                <w:sz w:val="17"/>
              </w:rPr>
              <w:t>Phone / Email</w:t>
            </w:r>
          </w:p>
        </w:tc>
        <w:tc>
          <w:tcPr>
            <w:tcW w:w="266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________________</w:t>
            </w:r>
          </w:p>
        </w:tc>
      </w:tr>
      <w:tr w:rsidR="009E6E9B">
        <w:trPr>
          <w:jc w:val="center"/>
        </w:trPr>
        <w:tc>
          <w:tcPr>
            <w:tcW w:w="2664" w:type="dxa"/>
            <w:shd w:val="clear" w:color="auto" w:fill="F1F3F5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b/>
                <w:sz w:val="17"/>
              </w:rPr>
              <w:t>Payment Method</w:t>
            </w:r>
          </w:p>
        </w:tc>
        <w:tc>
          <w:tcPr>
            <w:tcW w:w="266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☐ Cash  ☐ Card  ☐ Transfer  ☐ Other</w:t>
            </w:r>
          </w:p>
        </w:tc>
        <w:tc>
          <w:tcPr>
            <w:tcW w:w="2664" w:type="dxa"/>
            <w:shd w:val="clear" w:color="auto" w:fill="F1F3F5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b/>
                <w:sz w:val="17"/>
              </w:rPr>
              <w:t>Reference</w:t>
            </w:r>
          </w:p>
        </w:tc>
        <w:tc>
          <w:tcPr>
            <w:tcW w:w="266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________________</w:t>
            </w:r>
          </w:p>
        </w:tc>
      </w:tr>
    </w:tbl>
    <w:p w:rsidR="009E6E9B" w:rsidRDefault="009E6E9B">
      <w:pPr>
        <w:spacing w:after="20"/>
        <w:rPr>
          <w:rFonts w:hint="eastAsia"/>
        </w:rPr>
      </w:pPr>
    </w:p>
    <w:tbl>
      <w:tblPr>
        <w:tblW w:w="0" w:type="auto"/>
        <w:jc w:val="center"/>
        <w:tblBorders>
          <w:top w:val="single" w:sz="5" w:space="0" w:color="999999"/>
          <w:left w:val="single" w:sz="5" w:space="0" w:color="999999"/>
          <w:bottom w:val="single" w:sz="5" w:space="0" w:color="999999"/>
          <w:right w:val="single" w:sz="5" w:space="0" w:color="999999"/>
          <w:insideH w:val="single" w:sz="5" w:space="0" w:color="999999"/>
          <w:insideV w:val="single" w:sz="5" w:space="0" w:color="999999"/>
        </w:tblBorders>
        <w:tblLook w:val="04A0" w:firstRow="1" w:lastRow="0" w:firstColumn="1" w:lastColumn="0" w:noHBand="0" w:noVBand="1"/>
      </w:tblPr>
      <w:tblGrid>
        <w:gridCol w:w="2800"/>
        <w:gridCol w:w="1987"/>
        <w:gridCol w:w="2046"/>
        <w:gridCol w:w="2017"/>
        <w:gridCol w:w="2046"/>
      </w:tblGrid>
      <w:tr w:rsidR="009E6E9B">
        <w:trPr>
          <w:jc w:val="center"/>
        </w:trPr>
        <w:tc>
          <w:tcPr>
            <w:tcW w:w="2131" w:type="dxa"/>
            <w:shd w:val="clear" w:color="auto" w:fill="B45F06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Description / Item</w:t>
            </w:r>
          </w:p>
        </w:tc>
        <w:tc>
          <w:tcPr>
            <w:tcW w:w="2131" w:type="dxa"/>
            <w:shd w:val="clear" w:color="auto" w:fill="B45F06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Qty</w:t>
            </w:r>
          </w:p>
        </w:tc>
        <w:tc>
          <w:tcPr>
            <w:tcW w:w="2131" w:type="dxa"/>
            <w:shd w:val="clear" w:color="auto" w:fill="B45F06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Unit Price</w:t>
            </w:r>
          </w:p>
        </w:tc>
        <w:tc>
          <w:tcPr>
            <w:tcW w:w="2131" w:type="dxa"/>
            <w:shd w:val="clear" w:color="auto" w:fill="B45F06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Tax</w:t>
            </w:r>
          </w:p>
        </w:tc>
        <w:tc>
          <w:tcPr>
            <w:tcW w:w="2131" w:type="dxa"/>
            <w:shd w:val="clear" w:color="auto" w:fill="B45F06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Amount</w:t>
            </w:r>
          </w:p>
        </w:tc>
      </w:tr>
      <w:tr w:rsidR="009E6E9B">
        <w:trPr>
          <w:jc w:val="center"/>
        </w:trPr>
        <w:tc>
          <w:tcPr>
            <w:tcW w:w="2131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________________________________</w:t>
            </w:r>
          </w:p>
        </w:tc>
        <w:tc>
          <w:tcPr>
            <w:tcW w:w="2131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</w:t>
            </w:r>
          </w:p>
        </w:tc>
        <w:tc>
          <w:tcPr>
            <w:tcW w:w="2131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____________</w:t>
            </w:r>
          </w:p>
        </w:tc>
        <w:tc>
          <w:tcPr>
            <w:tcW w:w="2131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</w:t>
            </w:r>
          </w:p>
        </w:tc>
        <w:tc>
          <w:tcPr>
            <w:tcW w:w="2131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____________</w:t>
            </w:r>
          </w:p>
        </w:tc>
      </w:tr>
      <w:tr w:rsidR="009E6E9B">
        <w:trPr>
          <w:jc w:val="center"/>
        </w:trPr>
        <w:tc>
          <w:tcPr>
            <w:tcW w:w="2131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________________________________</w:t>
            </w:r>
          </w:p>
        </w:tc>
        <w:tc>
          <w:tcPr>
            <w:tcW w:w="2131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</w:t>
            </w:r>
          </w:p>
        </w:tc>
        <w:tc>
          <w:tcPr>
            <w:tcW w:w="2131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____________</w:t>
            </w:r>
          </w:p>
        </w:tc>
        <w:tc>
          <w:tcPr>
            <w:tcW w:w="2131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</w:t>
            </w:r>
          </w:p>
        </w:tc>
        <w:tc>
          <w:tcPr>
            <w:tcW w:w="2131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____________</w:t>
            </w:r>
          </w:p>
        </w:tc>
      </w:tr>
      <w:tr w:rsidR="009E6E9B">
        <w:trPr>
          <w:jc w:val="center"/>
        </w:trPr>
        <w:tc>
          <w:tcPr>
            <w:tcW w:w="2131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________________________________</w:t>
            </w:r>
          </w:p>
        </w:tc>
        <w:tc>
          <w:tcPr>
            <w:tcW w:w="2131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</w:t>
            </w:r>
          </w:p>
        </w:tc>
        <w:tc>
          <w:tcPr>
            <w:tcW w:w="2131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____________</w:t>
            </w:r>
          </w:p>
        </w:tc>
        <w:tc>
          <w:tcPr>
            <w:tcW w:w="2131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</w:t>
            </w:r>
          </w:p>
        </w:tc>
        <w:tc>
          <w:tcPr>
            <w:tcW w:w="2131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____________</w:t>
            </w:r>
          </w:p>
        </w:tc>
      </w:tr>
      <w:tr w:rsidR="009E6E9B">
        <w:trPr>
          <w:jc w:val="center"/>
        </w:trPr>
        <w:tc>
          <w:tcPr>
            <w:tcW w:w="2131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________________________________</w:t>
            </w:r>
          </w:p>
        </w:tc>
        <w:tc>
          <w:tcPr>
            <w:tcW w:w="2131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</w:t>
            </w:r>
          </w:p>
        </w:tc>
        <w:tc>
          <w:tcPr>
            <w:tcW w:w="2131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____________</w:t>
            </w:r>
          </w:p>
        </w:tc>
        <w:tc>
          <w:tcPr>
            <w:tcW w:w="2131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</w:t>
            </w:r>
          </w:p>
        </w:tc>
        <w:tc>
          <w:tcPr>
            <w:tcW w:w="2131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____________</w:t>
            </w:r>
          </w:p>
        </w:tc>
      </w:tr>
    </w:tbl>
    <w:p w:rsidR="009E6E9B" w:rsidRDefault="009E6E9B">
      <w:pPr>
        <w:spacing w:after="20"/>
        <w:rPr>
          <w:rFonts w:hint="eastAsia"/>
        </w:rPr>
      </w:pPr>
    </w:p>
    <w:tbl>
      <w:tblPr>
        <w:tblW w:w="0" w:type="auto"/>
        <w:jc w:val="right"/>
        <w:tblBorders>
          <w:top w:val="single" w:sz="5" w:space="0" w:color="AAAAAA"/>
          <w:left w:val="single" w:sz="5" w:space="0" w:color="AAAAAA"/>
          <w:bottom w:val="single" w:sz="5" w:space="0" w:color="AAAAAA"/>
          <w:right w:val="single" w:sz="5" w:space="0" w:color="AAAAAA"/>
          <w:insideH w:val="single" w:sz="5" w:space="0" w:color="AAAAAA"/>
          <w:insideV w:val="single" w:sz="5" w:space="0" w:color="AAAAAA"/>
        </w:tblBorders>
        <w:tblLook w:val="04A0" w:firstRow="1" w:lastRow="0" w:firstColumn="1" w:lastColumn="0" w:noHBand="0" w:noVBand="1"/>
      </w:tblPr>
      <w:tblGrid>
        <w:gridCol w:w="5328"/>
        <w:gridCol w:w="5328"/>
      </w:tblGrid>
      <w:tr w:rsidR="009E6E9B">
        <w:trPr>
          <w:jc w:val="right"/>
        </w:trPr>
        <w:tc>
          <w:tcPr>
            <w:tcW w:w="532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jc w:val="right"/>
              <w:rPr>
                <w:rFonts w:hint="eastAsia"/>
              </w:rPr>
            </w:pPr>
            <w:r>
              <w:rPr>
                <w:sz w:val="17"/>
              </w:rPr>
              <w:t>Subtotal</w:t>
            </w:r>
          </w:p>
        </w:tc>
        <w:tc>
          <w:tcPr>
            <w:tcW w:w="532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jc w:val="right"/>
              <w:rPr>
                <w:rFonts w:hint="eastAsia"/>
              </w:rPr>
            </w:pPr>
            <w:r>
              <w:rPr>
                <w:sz w:val="17"/>
              </w:rPr>
              <w:t>________________</w:t>
            </w:r>
          </w:p>
        </w:tc>
      </w:tr>
      <w:tr w:rsidR="009E6E9B">
        <w:trPr>
          <w:jc w:val="right"/>
        </w:trPr>
        <w:tc>
          <w:tcPr>
            <w:tcW w:w="532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jc w:val="right"/>
              <w:rPr>
                <w:rFonts w:hint="eastAsia"/>
              </w:rPr>
            </w:pPr>
            <w:r>
              <w:rPr>
                <w:sz w:val="17"/>
              </w:rPr>
              <w:t>Tax / VAT</w:t>
            </w:r>
          </w:p>
        </w:tc>
        <w:tc>
          <w:tcPr>
            <w:tcW w:w="532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jc w:val="right"/>
              <w:rPr>
                <w:rFonts w:hint="eastAsia"/>
              </w:rPr>
            </w:pPr>
            <w:r>
              <w:rPr>
                <w:sz w:val="17"/>
              </w:rPr>
              <w:t>________________</w:t>
            </w:r>
          </w:p>
        </w:tc>
      </w:tr>
      <w:tr w:rsidR="009E6E9B">
        <w:trPr>
          <w:jc w:val="right"/>
        </w:trPr>
        <w:tc>
          <w:tcPr>
            <w:tcW w:w="532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jc w:val="right"/>
              <w:rPr>
                <w:rFonts w:hint="eastAsia"/>
              </w:rPr>
            </w:pPr>
            <w:r>
              <w:rPr>
                <w:sz w:val="17"/>
              </w:rPr>
              <w:t>Discount</w:t>
            </w:r>
          </w:p>
        </w:tc>
        <w:tc>
          <w:tcPr>
            <w:tcW w:w="532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jc w:val="right"/>
              <w:rPr>
                <w:rFonts w:hint="eastAsia"/>
              </w:rPr>
            </w:pPr>
            <w:r>
              <w:rPr>
                <w:sz w:val="17"/>
              </w:rPr>
              <w:t>________________</w:t>
            </w:r>
          </w:p>
        </w:tc>
      </w:tr>
      <w:tr w:rsidR="009E6E9B">
        <w:trPr>
          <w:jc w:val="right"/>
        </w:trPr>
        <w:tc>
          <w:tcPr>
            <w:tcW w:w="5328" w:type="dxa"/>
            <w:shd w:val="clear" w:color="auto" w:fill="B45F06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jc w:val="right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TOTAL PAID</w:t>
            </w:r>
          </w:p>
        </w:tc>
        <w:tc>
          <w:tcPr>
            <w:tcW w:w="5328" w:type="dxa"/>
            <w:shd w:val="clear" w:color="auto" w:fill="B45F06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jc w:val="right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________________</w:t>
            </w:r>
          </w:p>
        </w:tc>
      </w:tr>
    </w:tbl>
    <w:p w:rsidR="009E6E9B" w:rsidRDefault="00AE654F">
      <w:pPr>
        <w:spacing w:before="140"/>
        <w:rPr>
          <w:rFonts w:hint="eastAsia"/>
        </w:rPr>
      </w:pPr>
      <w:r>
        <w:rPr>
          <w:b/>
        </w:rPr>
        <w:t xml:space="preserve">Amount in words: </w:t>
      </w:r>
      <w:r>
        <w:t>____________________________________________________________</w:t>
      </w:r>
    </w:p>
    <w:p w:rsidR="009E6E9B" w:rsidRDefault="00AE654F">
      <w:pPr>
        <w:spacing w:after="0"/>
        <w:rPr>
          <w:rFonts w:hint="eastAsia"/>
        </w:rPr>
      </w:pPr>
      <w:r>
        <w:rPr>
          <w:b/>
        </w:rPr>
        <w:t xml:space="preserve">Notes: </w:t>
      </w:r>
      <w:r>
        <w:t>________________________________________________________________________________</w:t>
      </w:r>
    </w:p>
    <w:p w:rsidR="009E6E9B" w:rsidRDefault="00AE654F">
      <w:pPr>
        <w:spacing w:before="160"/>
        <w:jc w:val="center"/>
        <w:rPr>
          <w:rFonts w:hint="eastAsia"/>
        </w:rPr>
      </w:pPr>
      <w:r>
        <w:rPr>
          <w:b/>
        </w:rPr>
        <w:t>Thank you for your business.</w:t>
      </w:r>
    </w:p>
    <w:p w:rsidR="009E6E9B" w:rsidRDefault="00AE654F">
      <w:pPr>
        <w:jc w:val="center"/>
        <w:rPr>
          <w:rFonts w:hint="eastAsia"/>
        </w:rPr>
      </w:pPr>
      <w:r>
        <w:rPr>
          <w:color w:val="888888"/>
          <w:sz w:val="14"/>
        </w:rPr>
        <w:t>Template 4 • Fully editable in Microsoft Word</w:t>
      </w:r>
    </w:p>
    <w:p w:rsidR="009E6E9B" w:rsidRDefault="00AE654F">
      <w:pPr>
        <w:rPr>
          <w:rFonts w:hint="eastAsia"/>
        </w:rPr>
      </w:pPr>
      <w:r>
        <w:br w:type="page"/>
      </w:r>
    </w:p>
    <w:p w:rsidR="009E6E9B" w:rsidRDefault="00AE654F">
      <w:pPr>
        <w:spacing w:after="40"/>
        <w:jc w:val="center"/>
        <w:rPr>
          <w:rFonts w:hint="eastAsia"/>
        </w:rPr>
      </w:pPr>
      <w:r>
        <w:rPr>
          <w:rFonts w:ascii="Aptos Display" w:hAnsi="Aptos Display"/>
          <w:b/>
          <w:color w:val="8A2D3B"/>
          <w:sz w:val="40"/>
        </w:rPr>
        <w:lastRenderedPageBreak/>
        <w:t>ENTRY FEE RECEIPT</w:t>
      </w:r>
    </w:p>
    <w:p w:rsidR="009E6E9B" w:rsidRDefault="00AE654F">
      <w:pPr>
        <w:jc w:val="center"/>
        <w:rPr>
          <w:rFonts w:hint="eastAsia"/>
        </w:rPr>
      </w:pPr>
      <w:r>
        <w:rPr>
          <w:i/>
          <w:color w:val="666666"/>
        </w:rPr>
        <w:t>Bold • Compact Receipt Format</w:t>
      </w:r>
    </w:p>
    <w:tbl>
      <w:tblPr>
        <w:tblW w:w="0" w:type="auto"/>
        <w:jc w:val="center"/>
        <w:tblBorders>
          <w:top w:val="single" w:sz="5" w:space="0" w:color="B8B8B8"/>
          <w:left w:val="single" w:sz="5" w:space="0" w:color="B8B8B8"/>
          <w:bottom w:val="single" w:sz="5" w:space="0" w:color="B8B8B8"/>
          <w:right w:val="single" w:sz="5" w:space="0" w:color="B8B8B8"/>
          <w:insideH w:val="single" w:sz="5" w:space="0" w:color="B8B8B8"/>
          <w:insideV w:val="single" w:sz="5" w:space="0" w:color="B8B8B8"/>
        </w:tblBorders>
        <w:tblLook w:val="04A0" w:firstRow="1" w:lastRow="0" w:firstColumn="1" w:lastColumn="0" w:noHBand="0" w:noVBand="1"/>
      </w:tblPr>
      <w:tblGrid>
        <w:gridCol w:w="2664"/>
        <w:gridCol w:w="2664"/>
        <w:gridCol w:w="2664"/>
        <w:gridCol w:w="2664"/>
      </w:tblGrid>
      <w:tr w:rsidR="009E6E9B">
        <w:trPr>
          <w:jc w:val="center"/>
        </w:trPr>
        <w:tc>
          <w:tcPr>
            <w:tcW w:w="2664" w:type="dxa"/>
            <w:shd w:val="clear" w:color="auto" w:fill="F1F3F5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b/>
                <w:sz w:val="17"/>
              </w:rPr>
              <w:t>Receipt No.</w:t>
            </w:r>
          </w:p>
        </w:tc>
        <w:tc>
          <w:tcPr>
            <w:tcW w:w="266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________________</w:t>
            </w:r>
          </w:p>
        </w:tc>
        <w:tc>
          <w:tcPr>
            <w:tcW w:w="2664" w:type="dxa"/>
            <w:shd w:val="clear" w:color="auto" w:fill="F1F3F5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b/>
                <w:sz w:val="17"/>
              </w:rPr>
              <w:t>Date</w:t>
            </w:r>
          </w:p>
        </w:tc>
        <w:tc>
          <w:tcPr>
            <w:tcW w:w="266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________________</w:t>
            </w:r>
          </w:p>
        </w:tc>
      </w:tr>
      <w:tr w:rsidR="009E6E9B">
        <w:trPr>
          <w:jc w:val="center"/>
        </w:trPr>
        <w:tc>
          <w:tcPr>
            <w:tcW w:w="2664" w:type="dxa"/>
            <w:shd w:val="clear" w:color="auto" w:fill="F1F3F5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b/>
                <w:sz w:val="17"/>
              </w:rPr>
              <w:t>Received From</w:t>
            </w:r>
          </w:p>
        </w:tc>
        <w:tc>
          <w:tcPr>
            <w:tcW w:w="266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________________</w:t>
            </w:r>
          </w:p>
        </w:tc>
        <w:tc>
          <w:tcPr>
            <w:tcW w:w="2664" w:type="dxa"/>
            <w:shd w:val="clear" w:color="auto" w:fill="F1F3F5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b/>
                <w:sz w:val="17"/>
              </w:rPr>
              <w:t>Phone / Email</w:t>
            </w:r>
          </w:p>
        </w:tc>
        <w:tc>
          <w:tcPr>
            <w:tcW w:w="266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________________</w:t>
            </w:r>
          </w:p>
        </w:tc>
      </w:tr>
      <w:tr w:rsidR="009E6E9B">
        <w:trPr>
          <w:jc w:val="center"/>
        </w:trPr>
        <w:tc>
          <w:tcPr>
            <w:tcW w:w="2664" w:type="dxa"/>
            <w:shd w:val="clear" w:color="auto" w:fill="F1F3F5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b/>
                <w:sz w:val="17"/>
              </w:rPr>
              <w:t>Payment Method</w:t>
            </w:r>
          </w:p>
        </w:tc>
        <w:tc>
          <w:tcPr>
            <w:tcW w:w="266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☐ Cash  ☐ Card  ☐ Transfer  ☐ Other</w:t>
            </w:r>
          </w:p>
        </w:tc>
        <w:tc>
          <w:tcPr>
            <w:tcW w:w="2664" w:type="dxa"/>
            <w:shd w:val="clear" w:color="auto" w:fill="F1F3F5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b/>
                <w:sz w:val="17"/>
              </w:rPr>
              <w:t>Reference</w:t>
            </w:r>
          </w:p>
        </w:tc>
        <w:tc>
          <w:tcPr>
            <w:tcW w:w="266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________________</w:t>
            </w:r>
          </w:p>
        </w:tc>
      </w:tr>
    </w:tbl>
    <w:p w:rsidR="009E6E9B" w:rsidRDefault="009E6E9B">
      <w:pPr>
        <w:spacing w:after="20"/>
        <w:rPr>
          <w:rFonts w:hint="eastAsia"/>
        </w:rPr>
      </w:pPr>
    </w:p>
    <w:tbl>
      <w:tblPr>
        <w:tblW w:w="0" w:type="auto"/>
        <w:jc w:val="center"/>
        <w:tblBorders>
          <w:top w:val="single" w:sz="5" w:space="0" w:color="999999"/>
          <w:left w:val="single" w:sz="5" w:space="0" w:color="999999"/>
          <w:bottom w:val="single" w:sz="5" w:space="0" w:color="999999"/>
          <w:right w:val="single" w:sz="5" w:space="0" w:color="999999"/>
          <w:insideH w:val="single" w:sz="5" w:space="0" w:color="999999"/>
          <w:insideV w:val="single" w:sz="5" w:space="0" w:color="999999"/>
        </w:tblBorders>
        <w:tblLook w:val="04A0" w:firstRow="1" w:lastRow="0" w:firstColumn="1" w:lastColumn="0" w:noHBand="0" w:noVBand="1"/>
      </w:tblPr>
      <w:tblGrid>
        <w:gridCol w:w="2800"/>
        <w:gridCol w:w="1987"/>
        <w:gridCol w:w="2046"/>
        <w:gridCol w:w="2017"/>
        <w:gridCol w:w="2046"/>
      </w:tblGrid>
      <w:tr w:rsidR="009E6E9B">
        <w:trPr>
          <w:jc w:val="center"/>
        </w:trPr>
        <w:tc>
          <w:tcPr>
            <w:tcW w:w="2131" w:type="dxa"/>
            <w:shd w:val="clear" w:color="auto" w:fill="8A2D3B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Description / Item</w:t>
            </w:r>
          </w:p>
        </w:tc>
        <w:tc>
          <w:tcPr>
            <w:tcW w:w="2131" w:type="dxa"/>
            <w:shd w:val="clear" w:color="auto" w:fill="8A2D3B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Qty</w:t>
            </w:r>
          </w:p>
        </w:tc>
        <w:tc>
          <w:tcPr>
            <w:tcW w:w="2131" w:type="dxa"/>
            <w:shd w:val="clear" w:color="auto" w:fill="8A2D3B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Unit Price</w:t>
            </w:r>
          </w:p>
        </w:tc>
        <w:tc>
          <w:tcPr>
            <w:tcW w:w="2131" w:type="dxa"/>
            <w:shd w:val="clear" w:color="auto" w:fill="8A2D3B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Tax</w:t>
            </w:r>
          </w:p>
        </w:tc>
        <w:tc>
          <w:tcPr>
            <w:tcW w:w="2131" w:type="dxa"/>
            <w:shd w:val="clear" w:color="auto" w:fill="8A2D3B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Amount</w:t>
            </w:r>
          </w:p>
        </w:tc>
      </w:tr>
      <w:tr w:rsidR="009E6E9B">
        <w:trPr>
          <w:jc w:val="center"/>
        </w:trPr>
        <w:tc>
          <w:tcPr>
            <w:tcW w:w="2131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________________________________</w:t>
            </w:r>
          </w:p>
        </w:tc>
        <w:tc>
          <w:tcPr>
            <w:tcW w:w="2131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</w:t>
            </w:r>
          </w:p>
        </w:tc>
        <w:tc>
          <w:tcPr>
            <w:tcW w:w="2131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____________</w:t>
            </w:r>
          </w:p>
        </w:tc>
        <w:tc>
          <w:tcPr>
            <w:tcW w:w="2131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</w:t>
            </w:r>
          </w:p>
        </w:tc>
        <w:tc>
          <w:tcPr>
            <w:tcW w:w="2131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____________</w:t>
            </w:r>
          </w:p>
        </w:tc>
      </w:tr>
      <w:tr w:rsidR="009E6E9B">
        <w:trPr>
          <w:jc w:val="center"/>
        </w:trPr>
        <w:tc>
          <w:tcPr>
            <w:tcW w:w="2131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________________________________</w:t>
            </w:r>
          </w:p>
        </w:tc>
        <w:tc>
          <w:tcPr>
            <w:tcW w:w="2131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</w:t>
            </w:r>
          </w:p>
        </w:tc>
        <w:tc>
          <w:tcPr>
            <w:tcW w:w="2131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____________</w:t>
            </w:r>
          </w:p>
        </w:tc>
        <w:tc>
          <w:tcPr>
            <w:tcW w:w="2131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</w:t>
            </w:r>
          </w:p>
        </w:tc>
        <w:tc>
          <w:tcPr>
            <w:tcW w:w="2131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____________</w:t>
            </w:r>
          </w:p>
        </w:tc>
      </w:tr>
      <w:tr w:rsidR="009E6E9B">
        <w:trPr>
          <w:jc w:val="center"/>
        </w:trPr>
        <w:tc>
          <w:tcPr>
            <w:tcW w:w="2131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________________________________</w:t>
            </w:r>
          </w:p>
        </w:tc>
        <w:tc>
          <w:tcPr>
            <w:tcW w:w="2131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</w:t>
            </w:r>
          </w:p>
        </w:tc>
        <w:tc>
          <w:tcPr>
            <w:tcW w:w="2131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____________</w:t>
            </w:r>
          </w:p>
        </w:tc>
        <w:tc>
          <w:tcPr>
            <w:tcW w:w="2131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</w:t>
            </w:r>
          </w:p>
        </w:tc>
        <w:tc>
          <w:tcPr>
            <w:tcW w:w="2131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____________</w:t>
            </w:r>
          </w:p>
        </w:tc>
      </w:tr>
      <w:tr w:rsidR="009E6E9B">
        <w:trPr>
          <w:jc w:val="center"/>
        </w:trPr>
        <w:tc>
          <w:tcPr>
            <w:tcW w:w="2131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________________________________</w:t>
            </w:r>
          </w:p>
        </w:tc>
        <w:tc>
          <w:tcPr>
            <w:tcW w:w="2131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</w:t>
            </w:r>
          </w:p>
        </w:tc>
        <w:tc>
          <w:tcPr>
            <w:tcW w:w="2131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____________</w:t>
            </w:r>
          </w:p>
        </w:tc>
        <w:tc>
          <w:tcPr>
            <w:tcW w:w="2131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</w:t>
            </w:r>
          </w:p>
        </w:tc>
        <w:tc>
          <w:tcPr>
            <w:tcW w:w="2131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____________</w:t>
            </w:r>
          </w:p>
        </w:tc>
      </w:tr>
    </w:tbl>
    <w:p w:rsidR="009E6E9B" w:rsidRDefault="009E6E9B">
      <w:pPr>
        <w:spacing w:after="20"/>
        <w:rPr>
          <w:rFonts w:hint="eastAsia"/>
        </w:rPr>
      </w:pPr>
    </w:p>
    <w:tbl>
      <w:tblPr>
        <w:tblW w:w="0" w:type="auto"/>
        <w:jc w:val="right"/>
        <w:tblBorders>
          <w:top w:val="single" w:sz="5" w:space="0" w:color="AAAAAA"/>
          <w:left w:val="single" w:sz="5" w:space="0" w:color="AAAAAA"/>
          <w:bottom w:val="single" w:sz="5" w:space="0" w:color="AAAAAA"/>
          <w:right w:val="single" w:sz="5" w:space="0" w:color="AAAAAA"/>
          <w:insideH w:val="single" w:sz="5" w:space="0" w:color="AAAAAA"/>
          <w:insideV w:val="single" w:sz="5" w:space="0" w:color="AAAAAA"/>
        </w:tblBorders>
        <w:tblLook w:val="04A0" w:firstRow="1" w:lastRow="0" w:firstColumn="1" w:lastColumn="0" w:noHBand="0" w:noVBand="1"/>
      </w:tblPr>
      <w:tblGrid>
        <w:gridCol w:w="5328"/>
        <w:gridCol w:w="5328"/>
      </w:tblGrid>
      <w:tr w:rsidR="009E6E9B">
        <w:trPr>
          <w:jc w:val="right"/>
        </w:trPr>
        <w:tc>
          <w:tcPr>
            <w:tcW w:w="532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jc w:val="right"/>
              <w:rPr>
                <w:rFonts w:hint="eastAsia"/>
              </w:rPr>
            </w:pPr>
            <w:r>
              <w:rPr>
                <w:sz w:val="17"/>
              </w:rPr>
              <w:t>Subtotal</w:t>
            </w:r>
          </w:p>
        </w:tc>
        <w:tc>
          <w:tcPr>
            <w:tcW w:w="532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jc w:val="right"/>
              <w:rPr>
                <w:rFonts w:hint="eastAsia"/>
              </w:rPr>
            </w:pPr>
            <w:r>
              <w:rPr>
                <w:sz w:val="17"/>
              </w:rPr>
              <w:t>________________</w:t>
            </w:r>
          </w:p>
        </w:tc>
      </w:tr>
      <w:tr w:rsidR="009E6E9B">
        <w:trPr>
          <w:jc w:val="right"/>
        </w:trPr>
        <w:tc>
          <w:tcPr>
            <w:tcW w:w="532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jc w:val="right"/>
              <w:rPr>
                <w:rFonts w:hint="eastAsia"/>
              </w:rPr>
            </w:pPr>
            <w:r>
              <w:rPr>
                <w:sz w:val="17"/>
              </w:rPr>
              <w:t>Tax / VAT</w:t>
            </w:r>
          </w:p>
        </w:tc>
        <w:tc>
          <w:tcPr>
            <w:tcW w:w="532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jc w:val="right"/>
              <w:rPr>
                <w:rFonts w:hint="eastAsia"/>
              </w:rPr>
            </w:pPr>
            <w:r>
              <w:rPr>
                <w:sz w:val="17"/>
              </w:rPr>
              <w:t>________________</w:t>
            </w:r>
          </w:p>
        </w:tc>
      </w:tr>
      <w:tr w:rsidR="009E6E9B">
        <w:trPr>
          <w:jc w:val="right"/>
        </w:trPr>
        <w:tc>
          <w:tcPr>
            <w:tcW w:w="532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jc w:val="right"/>
              <w:rPr>
                <w:rFonts w:hint="eastAsia"/>
              </w:rPr>
            </w:pPr>
            <w:r>
              <w:rPr>
                <w:sz w:val="17"/>
              </w:rPr>
              <w:t>Discount</w:t>
            </w:r>
          </w:p>
        </w:tc>
        <w:tc>
          <w:tcPr>
            <w:tcW w:w="532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jc w:val="right"/>
              <w:rPr>
                <w:rFonts w:hint="eastAsia"/>
              </w:rPr>
            </w:pPr>
            <w:r>
              <w:rPr>
                <w:sz w:val="17"/>
              </w:rPr>
              <w:t>________________</w:t>
            </w:r>
          </w:p>
        </w:tc>
      </w:tr>
      <w:tr w:rsidR="009E6E9B">
        <w:trPr>
          <w:jc w:val="right"/>
        </w:trPr>
        <w:tc>
          <w:tcPr>
            <w:tcW w:w="5328" w:type="dxa"/>
            <w:shd w:val="clear" w:color="auto" w:fill="8A2D3B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jc w:val="right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TOTAL PAID</w:t>
            </w:r>
          </w:p>
        </w:tc>
        <w:tc>
          <w:tcPr>
            <w:tcW w:w="5328" w:type="dxa"/>
            <w:shd w:val="clear" w:color="auto" w:fill="8A2D3B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6E9B" w:rsidRDefault="00AE654F">
            <w:pPr>
              <w:jc w:val="right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________________</w:t>
            </w:r>
          </w:p>
        </w:tc>
      </w:tr>
    </w:tbl>
    <w:p w:rsidR="009E6E9B" w:rsidRDefault="00AE654F">
      <w:pPr>
        <w:spacing w:before="140"/>
        <w:rPr>
          <w:rFonts w:hint="eastAsia"/>
        </w:rPr>
      </w:pPr>
      <w:r>
        <w:rPr>
          <w:b/>
        </w:rPr>
        <w:t xml:space="preserve">Amount in words: </w:t>
      </w:r>
      <w:r>
        <w:t>____________________________________________________________</w:t>
      </w:r>
    </w:p>
    <w:p w:rsidR="009E6E9B" w:rsidRDefault="00AE654F">
      <w:pPr>
        <w:spacing w:after="0"/>
        <w:rPr>
          <w:rFonts w:hint="eastAsia"/>
        </w:rPr>
      </w:pPr>
      <w:r>
        <w:rPr>
          <w:b/>
        </w:rPr>
        <w:t xml:space="preserve">Notes: </w:t>
      </w:r>
      <w:r>
        <w:t>________________________________________________________________________________</w:t>
      </w:r>
    </w:p>
    <w:p w:rsidR="009E6E9B" w:rsidRDefault="00AE654F">
      <w:pPr>
        <w:spacing w:before="160"/>
        <w:jc w:val="center"/>
        <w:rPr>
          <w:rFonts w:hint="eastAsia"/>
        </w:rPr>
      </w:pPr>
      <w:r>
        <w:rPr>
          <w:b/>
        </w:rPr>
        <w:t>Thank you for your business.</w:t>
      </w:r>
    </w:p>
    <w:p w:rsidR="009E6E9B" w:rsidRDefault="00AE654F">
      <w:pPr>
        <w:jc w:val="center"/>
        <w:rPr>
          <w:rFonts w:hint="eastAsia"/>
        </w:rPr>
      </w:pPr>
      <w:r>
        <w:rPr>
          <w:color w:val="888888"/>
          <w:sz w:val="14"/>
        </w:rPr>
        <w:t>Template 5 • Fully editable in Microsoft Word</w:t>
      </w:r>
    </w:p>
    <w:p w:rsidR="009E6E9B" w:rsidRDefault="009E6E9B">
      <w:pPr>
        <w:rPr>
          <w:rFonts w:hint="eastAsia"/>
        </w:rPr>
      </w:pPr>
    </w:p>
    <w:sectPr w:rsidR="009E6E9B" w:rsidSect="00034616">
      <w:pgSz w:w="12240" w:h="15840"/>
      <w:pgMar w:top="648" w:right="792" w:bottom="648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60409020205020404"/>
    <w:charset w:val="00"/>
    <w:family w:val="modern"/>
    <w:pitch w:val="fixed"/>
    <w:sig w:usb0="00000003" w:usb1="00000000" w:usb2="00000000" w:usb3="00000000" w:csb0="00000001" w:csb1="00000000"/>
  </w:font>
  <w:font w:name="Aptos Display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9E6E9B"/>
    <w:rsid w:val="00AA1D8D"/>
    <w:rsid w:val="00AE654F"/>
    <w:rsid w:val="00B47730"/>
    <w:rsid w:val="00CB0664"/>
    <w:rsid w:val="00E03CB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DE0CD7D4-1052-48C4-8D5A-34E285C53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BB1A01F-3797-4BDB-9ACA-E5FDC18794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704</Words>
  <Characters>4019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4714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account</cp:lastModifiedBy>
  <cp:revision>2</cp:revision>
  <dcterms:created xsi:type="dcterms:W3CDTF">2026-08-31T06:07:00Z</dcterms:created>
  <dcterms:modified xsi:type="dcterms:W3CDTF">2026-08-31T06:07:00Z</dcterms:modified>
  <cp:category/>
</cp:coreProperties>
</file>