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513F" w:rsidRPr="00EB5419" w:rsidRDefault="00EB5419" w:rsidP="00EB5419">
      <w:pPr>
        <w:spacing w:after="0"/>
        <w:jc w:val="center"/>
        <w:rPr>
          <w:sz w:val="18"/>
        </w:rPr>
      </w:pPr>
      <w:r w:rsidRPr="00EB5419">
        <w:rPr>
          <w:b/>
          <w:sz w:val="24"/>
        </w:rPr>
        <w:t>BUSINESS NAME</w:t>
      </w:r>
    </w:p>
    <w:p w:rsidR="00BB513F" w:rsidRDefault="00EB5419" w:rsidP="00EB5419">
      <w:pPr>
        <w:spacing w:after="0"/>
        <w:jc w:val="center"/>
      </w:pPr>
      <w:r>
        <w:t>Quality Products Everyday</w:t>
      </w:r>
    </w:p>
    <w:p w:rsidR="00BB513F" w:rsidRDefault="00EB5419" w:rsidP="00EB5419">
      <w:pPr>
        <w:spacing w:after="0"/>
        <w:jc w:val="center"/>
      </w:pPr>
      <w:r>
        <w:t>P.O BOX 123 Nairobi</w:t>
      </w:r>
      <w:r>
        <w:br/>
        <w:t>Tel: 0712 345 678</w:t>
      </w:r>
      <w:r>
        <w:br/>
        <w:t>KRA PIN: P123456789X</w:t>
      </w:r>
    </w:p>
    <w:p w:rsidR="00BB513F" w:rsidRDefault="00EB5419" w:rsidP="00EB5419">
      <w:pPr>
        <w:spacing w:after="0"/>
        <w:jc w:val="center"/>
      </w:pPr>
      <w:r>
        <w:t>--------------------------------</w:t>
      </w:r>
    </w:p>
    <w:p w:rsidR="00BB513F" w:rsidRDefault="00EB5419" w:rsidP="00EB5419">
      <w:pPr>
        <w:spacing w:after="0"/>
        <w:ind w:left="4320"/>
      </w:pPr>
      <w:r>
        <w:t>Receipt No: 004582</w:t>
      </w:r>
      <w:r>
        <w:br/>
        <w:t>Date: 19/05/2026 Time: 14:32 PM</w:t>
      </w:r>
      <w:r>
        <w:br/>
        <w:t>Cashier: Jane</w:t>
      </w:r>
    </w:p>
    <w:p w:rsidR="00BB513F" w:rsidRDefault="00EB5419" w:rsidP="00EB5419">
      <w:pPr>
        <w:spacing w:after="0"/>
        <w:jc w:val="center"/>
      </w:pPr>
      <w:r>
        <w:t>--------------------------------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42"/>
        <w:gridCol w:w="505"/>
        <w:gridCol w:w="697"/>
        <w:gridCol w:w="758"/>
      </w:tblGrid>
      <w:tr w:rsidR="00BB513F" w:rsidRPr="00EB5419" w:rsidTr="005D781E">
        <w:trPr>
          <w:jc w:val="center"/>
        </w:trPr>
        <w:tc>
          <w:tcPr>
            <w:tcW w:w="1142" w:type="dxa"/>
          </w:tcPr>
          <w:p w:rsidR="00BB513F" w:rsidRPr="00EB5419" w:rsidRDefault="00EB5419" w:rsidP="00EB5419">
            <w:pPr>
              <w:rPr>
                <w:b/>
              </w:rPr>
            </w:pPr>
            <w:r w:rsidRPr="00EB5419">
              <w:rPr>
                <w:b/>
              </w:rPr>
              <w:t>Item</w:t>
            </w:r>
          </w:p>
        </w:tc>
        <w:tc>
          <w:tcPr>
            <w:tcW w:w="505" w:type="dxa"/>
          </w:tcPr>
          <w:p w:rsidR="00BB513F" w:rsidRPr="00EB5419" w:rsidRDefault="00EB5419" w:rsidP="00EB5419">
            <w:pPr>
              <w:rPr>
                <w:b/>
              </w:rPr>
            </w:pPr>
            <w:proofErr w:type="spellStart"/>
            <w:r w:rsidRPr="00EB5419">
              <w:rPr>
                <w:b/>
              </w:rPr>
              <w:t>Qty</w:t>
            </w:r>
            <w:proofErr w:type="spellEnd"/>
          </w:p>
        </w:tc>
        <w:tc>
          <w:tcPr>
            <w:tcW w:w="697" w:type="dxa"/>
          </w:tcPr>
          <w:p w:rsidR="00BB513F" w:rsidRPr="00EB5419" w:rsidRDefault="00EB5419" w:rsidP="00EB5419">
            <w:pPr>
              <w:rPr>
                <w:b/>
              </w:rPr>
            </w:pPr>
            <w:r w:rsidRPr="00EB5419">
              <w:rPr>
                <w:b/>
              </w:rPr>
              <w:t>Price</w:t>
            </w:r>
          </w:p>
        </w:tc>
        <w:tc>
          <w:tcPr>
            <w:tcW w:w="758" w:type="dxa"/>
          </w:tcPr>
          <w:p w:rsidR="00BB513F" w:rsidRPr="00EB5419" w:rsidRDefault="00EB5419" w:rsidP="00EB5419">
            <w:pPr>
              <w:rPr>
                <w:b/>
              </w:rPr>
            </w:pPr>
            <w:r w:rsidRPr="00EB5419">
              <w:rPr>
                <w:b/>
              </w:rPr>
              <w:t>Total</w:t>
            </w:r>
          </w:p>
        </w:tc>
      </w:tr>
      <w:tr w:rsidR="00BB513F" w:rsidTr="005D781E">
        <w:trPr>
          <w:jc w:val="center"/>
        </w:trPr>
        <w:tc>
          <w:tcPr>
            <w:tcW w:w="1142" w:type="dxa"/>
          </w:tcPr>
          <w:p w:rsidR="00BB513F" w:rsidRDefault="00EB5419" w:rsidP="00EB5419">
            <w:r>
              <w:t>Milk</w:t>
            </w:r>
          </w:p>
        </w:tc>
        <w:tc>
          <w:tcPr>
            <w:tcW w:w="505" w:type="dxa"/>
          </w:tcPr>
          <w:p w:rsidR="00BB513F" w:rsidRDefault="00EB5419" w:rsidP="00EB5419">
            <w:r>
              <w:t>2</w:t>
            </w:r>
          </w:p>
        </w:tc>
        <w:tc>
          <w:tcPr>
            <w:tcW w:w="697" w:type="dxa"/>
          </w:tcPr>
          <w:p w:rsidR="00BB513F" w:rsidRDefault="00EB5419" w:rsidP="00EB5419">
            <w:r>
              <w:t>80</w:t>
            </w:r>
          </w:p>
        </w:tc>
        <w:tc>
          <w:tcPr>
            <w:tcW w:w="758" w:type="dxa"/>
          </w:tcPr>
          <w:p w:rsidR="00BB513F" w:rsidRDefault="00EB5419" w:rsidP="00EB5419">
            <w:r>
              <w:t>160</w:t>
            </w:r>
          </w:p>
        </w:tc>
      </w:tr>
      <w:tr w:rsidR="00BB513F" w:rsidTr="005D781E">
        <w:trPr>
          <w:jc w:val="center"/>
        </w:trPr>
        <w:tc>
          <w:tcPr>
            <w:tcW w:w="1142" w:type="dxa"/>
          </w:tcPr>
          <w:p w:rsidR="00BB513F" w:rsidRDefault="00EB5419" w:rsidP="00EB5419">
            <w:r>
              <w:t>Bread</w:t>
            </w:r>
          </w:p>
        </w:tc>
        <w:tc>
          <w:tcPr>
            <w:tcW w:w="505" w:type="dxa"/>
          </w:tcPr>
          <w:p w:rsidR="00BB513F" w:rsidRDefault="00EB5419" w:rsidP="00EB5419">
            <w:r>
              <w:t>1</w:t>
            </w:r>
          </w:p>
        </w:tc>
        <w:tc>
          <w:tcPr>
            <w:tcW w:w="697" w:type="dxa"/>
          </w:tcPr>
          <w:p w:rsidR="00BB513F" w:rsidRDefault="00EB5419" w:rsidP="00EB5419">
            <w:r>
              <w:t>65</w:t>
            </w:r>
          </w:p>
        </w:tc>
        <w:tc>
          <w:tcPr>
            <w:tcW w:w="758" w:type="dxa"/>
          </w:tcPr>
          <w:p w:rsidR="00BB513F" w:rsidRDefault="00EB5419" w:rsidP="00EB5419">
            <w:r>
              <w:t>65</w:t>
            </w:r>
          </w:p>
        </w:tc>
      </w:tr>
      <w:tr w:rsidR="00BB513F" w:rsidTr="005D781E">
        <w:trPr>
          <w:jc w:val="center"/>
        </w:trPr>
        <w:tc>
          <w:tcPr>
            <w:tcW w:w="1142" w:type="dxa"/>
          </w:tcPr>
          <w:p w:rsidR="00BB513F" w:rsidRDefault="00EB5419" w:rsidP="00EB5419">
            <w:r>
              <w:t>Sugar</w:t>
            </w:r>
          </w:p>
        </w:tc>
        <w:tc>
          <w:tcPr>
            <w:tcW w:w="505" w:type="dxa"/>
          </w:tcPr>
          <w:p w:rsidR="00BB513F" w:rsidRDefault="00EB5419" w:rsidP="00EB5419">
            <w:r>
              <w:t>1</w:t>
            </w:r>
          </w:p>
        </w:tc>
        <w:tc>
          <w:tcPr>
            <w:tcW w:w="697" w:type="dxa"/>
          </w:tcPr>
          <w:p w:rsidR="00BB513F" w:rsidRDefault="00EB5419" w:rsidP="00EB5419">
            <w:r>
              <w:t>145</w:t>
            </w:r>
          </w:p>
        </w:tc>
        <w:tc>
          <w:tcPr>
            <w:tcW w:w="758" w:type="dxa"/>
          </w:tcPr>
          <w:p w:rsidR="00BB513F" w:rsidRDefault="00EB5419" w:rsidP="00EB5419">
            <w:r>
              <w:t>145</w:t>
            </w:r>
          </w:p>
        </w:tc>
      </w:tr>
      <w:tr w:rsidR="00BB513F" w:rsidTr="005D781E">
        <w:trPr>
          <w:jc w:val="center"/>
        </w:trPr>
        <w:tc>
          <w:tcPr>
            <w:tcW w:w="1142" w:type="dxa"/>
          </w:tcPr>
          <w:p w:rsidR="00BB513F" w:rsidRDefault="00EB5419" w:rsidP="00EB5419">
            <w:r>
              <w:t>Soap</w:t>
            </w:r>
          </w:p>
        </w:tc>
        <w:tc>
          <w:tcPr>
            <w:tcW w:w="505" w:type="dxa"/>
          </w:tcPr>
          <w:p w:rsidR="00BB513F" w:rsidRDefault="00EB5419" w:rsidP="00EB5419">
            <w:r>
              <w:t>3</w:t>
            </w:r>
          </w:p>
        </w:tc>
        <w:tc>
          <w:tcPr>
            <w:tcW w:w="697" w:type="dxa"/>
          </w:tcPr>
          <w:p w:rsidR="00BB513F" w:rsidRDefault="00EB5419" w:rsidP="00EB5419">
            <w:r>
              <w:t>50</w:t>
            </w:r>
          </w:p>
        </w:tc>
        <w:tc>
          <w:tcPr>
            <w:tcW w:w="758" w:type="dxa"/>
          </w:tcPr>
          <w:p w:rsidR="00BB513F" w:rsidRDefault="00EB5419" w:rsidP="00EB5419">
            <w:r>
              <w:t>150</w:t>
            </w:r>
          </w:p>
        </w:tc>
      </w:tr>
      <w:tr w:rsidR="005D781E" w:rsidTr="005D781E">
        <w:trPr>
          <w:jc w:val="center"/>
        </w:trPr>
        <w:tc>
          <w:tcPr>
            <w:tcW w:w="1142" w:type="dxa"/>
          </w:tcPr>
          <w:p w:rsidR="005D781E" w:rsidRDefault="005D781E" w:rsidP="00EB5419">
            <w:r>
              <w:t>Chocolate</w:t>
            </w:r>
          </w:p>
        </w:tc>
        <w:tc>
          <w:tcPr>
            <w:tcW w:w="505" w:type="dxa"/>
          </w:tcPr>
          <w:p w:rsidR="005D781E" w:rsidRDefault="005D781E" w:rsidP="00EB5419">
            <w:r>
              <w:t>1</w:t>
            </w:r>
          </w:p>
        </w:tc>
        <w:tc>
          <w:tcPr>
            <w:tcW w:w="697" w:type="dxa"/>
          </w:tcPr>
          <w:p w:rsidR="005D781E" w:rsidRDefault="005D781E" w:rsidP="00EB5419">
            <w:r>
              <w:t>5</w:t>
            </w:r>
          </w:p>
        </w:tc>
        <w:tc>
          <w:tcPr>
            <w:tcW w:w="758" w:type="dxa"/>
          </w:tcPr>
          <w:p w:rsidR="005D781E" w:rsidRDefault="005D781E" w:rsidP="00EB5419">
            <w:r>
              <w:t>5</w:t>
            </w:r>
          </w:p>
        </w:tc>
      </w:tr>
      <w:tr w:rsidR="00EB5419" w:rsidTr="005D781E">
        <w:trPr>
          <w:jc w:val="center"/>
        </w:trPr>
        <w:tc>
          <w:tcPr>
            <w:tcW w:w="1142" w:type="dxa"/>
          </w:tcPr>
          <w:p w:rsidR="00EB5419" w:rsidRDefault="005D781E" w:rsidP="00EB5419">
            <w:r>
              <w:t>Water</w:t>
            </w:r>
          </w:p>
        </w:tc>
        <w:tc>
          <w:tcPr>
            <w:tcW w:w="505" w:type="dxa"/>
          </w:tcPr>
          <w:p w:rsidR="00EB5419" w:rsidRDefault="005D781E" w:rsidP="00EB5419">
            <w:r>
              <w:t>5</w:t>
            </w:r>
          </w:p>
        </w:tc>
        <w:tc>
          <w:tcPr>
            <w:tcW w:w="697" w:type="dxa"/>
          </w:tcPr>
          <w:p w:rsidR="00EB5419" w:rsidRDefault="005D781E" w:rsidP="00EB5419">
            <w:r>
              <w:t>5</w:t>
            </w:r>
          </w:p>
        </w:tc>
        <w:tc>
          <w:tcPr>
            <w:tcW w:w="758" w:type="dxa"/>
          </w:tcPr>
          <w:p w:rsidR="00EB5419" w:rsidRDefault="005D781E" w:rsidP="00EB5419">
            <w:r>
              <w:t>25</w:t>
            </w:r>
          </w:p>
        </w:tc>
      </w:tr>
    </w:tbl>
    <w:p w:rsidR="00BB513F" w:rsidRDefault="00EB5419" w:rsidP="00EB5419">
      <w:pPr>
        <w:spacing w:after="0"/>
        <w:jc w:val="center"/>
      </w:pPr>
      <w:r>
        <w:t>--------------------------------</w:t>
      </w:r>
    </w:p>
    <w:p w:rsidR="00BB513F" w:rsidRDefault="00EB5419" w:rsidP="00EB5419">
      <w:pPr>
        <w:spacing w:after="0"/>
        <w:ind w:left="4320"/>
      </w:pPr>
      <w:r>
        <w:t>Subtotal:      520</w:t>
      </w:r>
      <w:r>
        <w:br/>
        <w:t>VAT:            40</w:t>
      </w:r>
      <w:r>
        <w:br/>
        <w:t>Discount:       20</w:t>
      </w:r>
      <w:r>
        <w:br/>
        <w:t>TOTAL:         540</w:t>
      </w:r>
      <w:r>
        <w:br/>
        <w:t>Paid:          600</w:t>
      </w:r>
      <w:r>
        <w:br/>
        <w:t>Balance:        60</w:t>
      </w:r>
      <w:r>
        <w:br/>
        <w:t>Payment: Cash</w:t>
      </w:r>
    </w:p>
    <w:p w:rsidR="00BB513F" w:rsidRDefault="00EB5419" w:rsidP="00EB5419">
      <w:pPr>
        <w:spacing w:after="0"/>
        <w:jc w:val="center"/>
      </w:pPr>
      <w:r>
        <w:t>--------------------------------</w:t>
      </w:r>
    </w:p>
    <w:p w:rsidR="00BB513F" w:rsidRDefault="00EB5419" w:rsidP="00EB5419">
      <w:pPr>
        <w:spacing w:after="0"/>
        <w:jc w:val="center"/>
      </w:pPr>
      <w:r>
        <w:rPr>
          <w:b/>
        </w:rPr>
        <w:t>Thank you for shopping!</w:t>
      </w:r>
      <w:bookmarkStart w:id="0" w:name="_GoBack"/>
      <w:bookmarkEnd w:id="0"/>
      <w:r>
        <w:rPr>
          <w:b/>
        </w:rPr>
        <w:br/>
      </w:r>
      <w:r>
        <w:t>Goods once sold not returnable</w:t>
      </w:r>
      <w:r>
        <w:br/>
      </w:r>
    </w:p>
    <w:p w:rsidR="00BB513F" w:rsidRDefault="00EB5419" w:rsidP="00EB5419">
      <w:pPr>
        <w:spacing w:after="0"/>
      </w:pPr>
      <w:r>
        <w:br w:type="page"/>
      </w:r>
    </w:p>
    <w:p w:rsidR="00BB513F" w:rsidRDefault="00EB5419">
      <w:pPr>
        <w:jc w:val="center"/>
      </w:pPr>
      <w:r>
        <w:rPr>
          <w:b/>
          <w:sz w:val="22"/>
        </w:rPr>
        <w:lastRenderedPageBreak/>
        <w:t>SUPER VALUE SHOP</w:t>
      </w:r>
    </w:p>
    <w:p w:rsidR="00BB513F" w:rsidRDefault="00EB5419">
      <w:pPr>
        <w:jc w:val="center"/>
      </w:pPr>
      <w:r>
        <w:t>Quality Products Everyday</w:t>
      </w:r>
    </w:p>
    <w:p w:rsidR="00BB513F" w:rsidRDefault="00EB5419">
      <w:pPr>
        <w:jc w:val="center"/>
      </w:pPr>
      <w:r>
        <w:t>P.O BOX 123</w:t>
      </w:r>
      <w:r>
        <w:br/>
        <w:t>Nairobi, Kenya</w:t>
      </w:r>
      <w:r>
        <w:br/>
        <w:t>Tel: 0712 345 678</w:t>
      </w:r>
      <w:r>
        <w:br/>
        <w:t>KRA PIN: P123456789X</w:t>
      </w:r>
    </w:p>
    <w:p w:rsidR="00BB513F" w:rsidRDefault="00EB5419">
      <w:pPr>
        <w:jc w:val="center"/>
      </w:pPr>
      <w:r>
        <w:t>--------------------------------</w:t>
      </w:r>
    </w:p>
    <w:p w:rsidR="00BB513F" w:rsidRDefault="00EB5419">
      <w:r>
        <w:t>Receipt No: 004582</w:t>
      </w:r>
      <w:r>
        <w:br/>
        <w:t>Date: 19/05/2026</w:t>
      </w:r>
      <w:r>
        <w:br/>
        <w:t>Time: 14:32 PM</w:t>
      </w:r>
      <w:r>
        <w:br/>
        <w:t>Cashier: Jane</w:t>
      </w:r>
    </w:p>
    <w:p w:rsidR="00BB513F" w:rsidRDefault="00EB5419">
      <w:pPr>
        <w:jc w:val="center"/>
      </w:pPr>
      <w:r>
        <w:t>--------------------------------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15"/>
        <w:gridCol w:w="2913"/>
        <w:gridCol w:w="2913"/>
        <w:gridCol w:w="2913"/>
      </w:tblGrid>
      <w:tr w:rsidR="00BB513F">
        <w:tc>
          <w:tcPr>
            <w:tcW w:w="2916" w:type="dxa"/>
          </w:tcPr>
          <w:p w:rsidR="00BB513F" w:rsidRDefault="00EB5419">
            <w:r>
              <w:t>Item</w:t>
            </w:r>
          </w:p>
        </w:tc>
        <w:tc>
          <w:tcPr>
            <w:tcW w:w="2916" w:type="dxa"/>
          </w:tcPr>
          <w:p w:rsidR="00BB513F" w:rsidRDefault="00EB5419">
            <w:r>
              <w:t>Q</w:t>
            </w:r>
          </w:p>
        </w:tc>
        <w:tc>
          <w:tcPr>
            <w:tcW w:w="2916" w:type="dxa"/>
          </w:tcPr>
          <w:p w:rsidR="00BB513F" w:rsidRDefault="00EB5419">
            <w:r>
              <w:t>P</w:t>
            </w:r>
          </w:p>
        </w:tc>
        <w:tc>
          <w:tcPr>
            <w:tcW w:w="2916" w:type="dxa"/>
          </w:tcPr>
          <w:p w:rsidR="00BB513F" w:rsidRDefault="00EB5419">
            <w:r>
              <w:t>T</w:t>
            </w:r>
          </w:p>
        </w:tc>
      </w:tr>
      <w:tr w:rsidR="00BB513F">
        <w:tc>
          <w:tcPr>
            <w:tcW w:w="2916" w:type="dxa"/>
          </w:tcPr>
          <w:p w:rsidR="00BB513F" w:rsidRDefault="00EB5419">
            <w:r>
              <w:t>Milk</w:t>
            </w:r>
          </w:p>
        </w:tc>
        <w:tc>
          <w:tcPr>
            <w:tcW w:w="2916" w:type="dxa"/>
          </w:tcPr>
          <w:p w:rsidR="00BB513F" w:rsidRDefault="00EB5419">
            <w:r>
              <w:t>2</w:t>
            </w:r>
          </w:p>
        </w:tc>
        <w:tc>
          <w:tcPr>
            <w:tcW w:w="2916" w:type="dxa"/>
          </w:tcPr>
          <w:p w:rsidR="00BB513F" w:rsidRDefault="00EB5419">
            <w:r>
              <w:t>80</w:t>
            </w:r>
          </w:p>
        </w:tc>
        <w:tc>
          <w:tcPr>
            <w:tcW w:w="2916" w:type="dxa"/>
          </w:tcPr>
          <w:p w:rsidR="00BB513F" w:rsidRDefault="00EB5419">
            <w:r>
              <w:t>160</w:t>
            </w:r>
          </w:p>
        </w:tc>
      </w:tr>
      <w:tr w:rsidR="00BB513F">
        <w:tc>
          <w:tcPr>
            <w:tcW w:w="2916" w:type="dxa"/>
          </w:tcPr>
          <w:p w:rsidR="00BB513F" w:rsidRDefault="00EB5419">
            <w:r>
              <w:t>Bread</w:t>
            </w:r>
          </w:p>
        </w:tc>
        <w:tc>
          <w:tcPr>
            <w:tcW w:w="2916" w:type="dxa"/>
          </w:tcPr>
          <w:p w:rsidR="00BB513F" w:rsidRDefault="00EB5419">
            <w:r>
              <w:t>1</w:t>
            </w:r>
          </w:p>
        </w:tc>
        <w:tc>
          <w:tcPr>
            <w:tcW w:w="2916" w:type="dxa"/>
          </w:tcPr>
          <w:p w:rsidR="00BB513F" w:rsidRDefault="00EB5419">
            <w:r>
              <w:t>65</w:t>
            </w:r>
          </w:p>
        </w:tc>
        <w:tc>
          <w:tcPr>
            <w:tcW w:w="2916" w:type="dxa"/>
          </w:tcPr>
          <w:p w:rsidR="00BB513F" w:rsidRDefault="00EB5419">
            <w:r>
              <w:t>65</w:t>
            </w:r>
          </w:p>
        </w:tc>
      </w:tr>
      <w:tr w:rsidR="00BB513F">
        <w:tc>
          <w:tcPr>
            <w:tcW w:w="2916" w:type="dxa"/>
          </w:tcPr>
          <w:p w:rsidR="00BB513F" w:rsidRDefault="00EB5419">
            <w:r>
              <w:t>Sugar</w:t>
            </w:r>
          </w:p>
        </w:tc>
        <w:tc>
          <w:tcPr>
            <w:tcW w:w="2916" w:type="dxa"/>
          </w:tcPr>
          <w:p w:rsidR="00BB513F" w:rsidRDefault="00EB5419">
            <w:r>
              <w:t>1</w:t>
            </w:r>
          </w:p>
        </w:tc>
        <w:tc>
          <w:tcPr>
            <w:tcW w:w="2916" w:type="dxa"/>
          </w:tcPr>
          <w:p w:rsidR="00BB513F" w:rsidRDefault="00EB5419">
            <w:r>
              <w:t>145</w:t>
            </w:r>
          </w:p>
        </w:tc>
        <w:tc>
          <w:tcPr>
            <w:tcW w:w="2916" w:type="dxa"/>
          </w:tcPr>
          <w:p w:rsidR="00BB513F" w:rsidRDefault="00EB5419">
            <w:r>
              <w:t>145</w:t>
            </w:r>
          </w:p>
        </w:tc>
      </w:tr>
      <w:tr w:rsidR="00BB513F">
        <w:tc>
          <w:tcPr>
            <w:tcW w:w="2916" w:type="dxa"/>
          </w:tcPr>
          <w:p w:rsidR="00BB513F" w:rsidRDefault="00EB5419">
            <w:r>
              <w:t>Soap</w:t>
            </w:r>
          </w:p>
        </w:tc>
        <w:tc>
          <w:tcPr>
            <w:tcW w:w="2916" w:type="dxa"/>
          </w:tcPr>
          <w:p w:rsidR="00BB513F" w:rsidRDefault="00EB5419">
            <w:r>
              <w:t>3</w:t>
            </w:r>
          </w:p>
        </w:tc>
        <w:tc>
          <w:tcPr>
            <w:tcW w:w="2916" w:type="dxa"/>
          </w:tcPr>
          <w:p w:rsidR="00BB513F" w:rsidRDefault="00EB5419">
            <w:r>
              <w:t>50</w:t>
            </w:r>
          </w:p>
        </w:tc>
        <w:tc>
          <w:tcPr>
            <w:tcW w:w="2916" w:type="dxa"/>
          </w:tcPr>
          <w:p w:rsidR="00BB513F" w:rsidRDefault="00EB5419">
            <w:r>
              <w:t>150</w:t>
            </w:r>
          </w:p>
        </w:tc>
      </w:tr>
    </w:tbl>
    <w:p w:rsidR="00BB513F" w:rsidRDefault="00EB5419">
      <w:pPr>
        <w:jc w:val="center"/>
      </w:pPr>
      <w:r>
        <w:t>--------------------------------</w:t>
      </w:r>
    </w:p>
    <w:p w:rsidR="00BB513F" w:rsidRDefault="00EB5419">
      <w:r>
        <w:t>Subtotal:      520</w:t>
      </w:r>
      <w:r>
        <w:br/>
        <w:t>VAT:            40</w:t>
      </w:r>
      <w:r>
        <w:br/>
        <w:t>Discount:       20</w:t>
      </w:r>
      <w:r>
        <w:br/>
        <w:t>TOTAL:         540</w:t>
      </w:r>
      <w:r>
        <w:br/>
        <w:t>Paid:          600</w:t>
      </w:r>
      <w:r>
        <w:br/>
        <w:t>Balance:        60</w:t>
      </w:r>
      <w:r>
        <w:br/>
        <w:t>Payment: M-PESA</w:t>
      </w:r>
    </w:p>
    <w:p w:rsidR="00BB513F" w:rsidRDefault="00EB5419">
      <w:pPr>
        <w:jc w:val="center"/>
      </w:pPr>
      <w:r>
        <w:t>--------------------------------</w:t>
      </w:r>
    </w:p>
    <w:p w:rsidR="00BB513F" w:rsidRDefault="00EB5419">
      <w:pPr>
        <w:jc w:val="center"/>
      </w:pPr>
      <w:r>
        <w:rPr>
          <w:b/>
        </w:rPr>
        <w:t>Thank you for shopping!</w:t>
      </w:r>
      <w:r>
        <w:rPr>
          <w:b/>
        </w:rPr>
        <w:br/>
      </w:r>
      <w:r>
        <w:t>Goods once sold not returnable</w:t>
      </w:r>
      <w:r>
        <w:br/>
        <w:t>www.examplestore.com</w:t>
      </w:r>
    </w:p>
    <w:p w:rsidR="00BB513F" w:rsidRDefault="00EB5419">
      <w:r>
        <w:br w:type="page"/>
      </w:r>
    </w:p>
    <w:p w:rsidR="00BB513F" w:rsidRDefault="00EB5419">
      <w:pPr>
        <w:jc w:val="center"/>
      </w:pPr>
      <w:r>
        <w:rPr>
          <w:b/>
          <w:sz w:val="22"/>
        </w:rPr>
        <w:lastRenderedPageBreak/>
        <w:t>QUICKBUY MINI MART</w:t>
      </w:r>
    </w:p>
    <w:p w:rsidR="00BB513F" w:rsidRDefault="00EB5419">
      <w:pPr>
        <w:jc w:val="center"/>
      </w:pPr>
      <w:r>
        <w:t>Quality Products Everyday</w:t>
      </w:r>
    </w:p>
    <w:p w:rsidR="00BB513F" w:rsidRDefault="00EB5419">
      <w:pPr>
        <w:jc w:val="center"/>
      </w:pPr>
      <w:r>
        <w:t>P.O BOX 123</w:t>
      </w:r>
      <w:r>
        <w:br/>
        <w:t>Nairobi, Kenya</w:t>
      </w:r>
      <w:r>
        <w:br/>
        <w:t>Tel: 0712 345 678</w:t>
      </w:r>
      <w:r>
        <w:br/>
        <w:t>KRA PIN: P123456789X</w:t>
      </w:r>
    </w:p>
    <w:p w:rsidR="00BB513F" w:rsidRDefault="00EB5419">
      <w:pPr>
        <w:jc w:val="center"/>
      </w:pPr>
      <w:r>
        <w:t>--------------------------------</w:t>
      </w:r>
    </w:p>
    <w:p w:rsidR="00BB513F" w:rsidRDefault="00EB5419">
      <w:r>
        <w:t>Receipt No: 004582</w:t>
      </w:r>
      <w:r>
        <w:br/>
        <w:t>Date: 19/05/2026</w:t>
      </w:r>
      <w:r>
        <w:br/>
        <w:t>Time: 14:32 PM</w:t>
      </w:r>
      <w:r>
        <w:br/>
        <w:t>Cashier: Jane</w:t>
      </w:r>
    </w:p>
    <w:p w:rsidR="00BB513F" w:rsidRDefault="00EB5419">
      <w:pPr>
        <w:jc w:val="center"/>
      </w:pPr>
      <w:r>
        <w:t>--------------------------------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15"/>
        <w:gridCol w:w="2913"/>
        <w:gridCol w:w="2913"/>
        <w:gridCol w:w="2913"/>
      </w:tblGrid>
      <w:tr w:rsidR="00BB513F">
        <w:tc>
          <w:tcPr>
            <w:tcW w:w="2916" w:type="dxa"/>
          </w:tcPr>
          <w:p w:rsidR="00BB513F" w:rsidRDefault="00EB5419">
            <w:r>
              <w:t>Item</w:t>
            </w:r>
          </w:p>
        </w:tc>
        <w:tc>
          <w:tcPr>
            <w:tcW w:w="2916" w:type="dxa"/>
          </w:tcPr>
          <w:p w:rsidR="00BB513F" w:rsidRDefault="00EB5419">
            <w:r>
              <w:t>Q</w:t>
            </w:r>
          </w:p>
        </w:tc>
        <w:tc>
          <w:tcPr>
            <w:tcW w:w="2916" w:type="dxa"/>
          </w:tcPr>
          <w:p w:rsidR="00BB513F" w:rsidRDefault="00EB5419">
            <w:r>
              <w:t>P</w:t>
            </w:r>
          </w:p>
        </w:tc>
        <w:tc>
          <w:tcPr>
            <w:tcW w:w="2916" w:type="dxa"/>
          </w:tcPr>
          <w:p w:rsidR="00BB513F" w:rsidRDefault="00EB5419">
            <w:r>
              <w:t>T</w:t>
            </w:r>
          </w:p>
        </w:tc>
      </w:tr>
      <w:tr w:rsidR="00BB513F">
        <w:tc>
          <w:tcPr>
            <w:tcW w:w="2916" w:type="dxa"/>
          </w:tcPr>
          <w:p w:rsidR="00BB513F" w:rsidRDefault="00EB5419">
            <w:r>
              <w:t>Milk</w:t>
            </w:r>
          </w:p>
        </w:tc>
        <w:tc>
          <w:tcPr>
            <w:tcW w:w="2916" w:type="dxa"/>
          </w:tcPr>
          <w:p w:rsidR="00BB513F" w:rsidRDefault="00EB5419">
            <w:r>
              <w:t>2</w:t>
            </w:r>
          </w:p>
        </w:tc>
        <w:tc>
          <w:tcPr>
            <w:tcW w:w="2916" w:type="dxa"/>
          </w:tcPr>
          <w:p w:rsidR="00BB513F" w:rsidRDefault="00EB5419">
            <w:r>
              <w:t>80</w:t>
            </w:r>
          </w:p>
        </w:tc>
        <w:tc>
          <w:tcPr>
            <w:tcW w:w="2916" w:type="dxa"/>
          </w:tcPr>
          <w:p w:rsidR="00BB513F" w:rsidRDefault="00EB5419">
            <w:r>
              <w:t>160</w:t>
            </w:r>
          </w:p>
        </w:tc>
      </w:tr>
      <w:tr w:rsidR="00BB513F">
        <w:tc>
          <w:tcPr>
            <w:tcW w:w="2916" w:type="dxa"/>
          </w:tcPr>
          <w:p w:rsidR="00BB513F" w:rsidRDefault="00EB5419">
            <w:r>
              <w:t>Bread</w:t>
            </w:r>
          </w:p>
        </w:tc>
        <w:tc>
          <w:tcPr>
            <w:tcW w:w="2916" w:type="dxa"/>
          </w:tcPr>
          <w:p w:rsidR="00BB513F" w:rsidRDefault="00EB5419">
            <w:r>
              <w:t>1</w:t>
            </w:r>
          </w:p>
        </w:tc>
        <w:tc>
          <w:tcPr>
            <w:tcW w:w="2916" w:type="dxa"/>
          </w:tcPr>
          <w:p w:rsidR="00BB513F" w:rsidRDefault="00EB5419">
            <w:r>
              <w:t>65</w:t>
            </w:r>
          </w:p>
        </w:tc>
        <w:tc>
          <w:tcPr>
            <w:tcW w:w="2916" w:type="dxa"/>
          </w:tcPr>
          <w:p w:rsidR="00BB513F" w:rsidRDefault="00EB5419">
            <w:r>
              <w:t>65</w:t>
            </w:r>
          </w:p>
        </w:tc>
      </w:tr>
      <w:tr w:rsidR="00BB513F">
        <w:tc>
          <w:tcPr>
            <w:tcW w:w="2916" w:type="dxa"/>
          </w:tcPr>
          <w:p w:rsidR="00BB513F" w:rsidRDefault="00EB5419">
            <w:r>
              <w:t>Sugar</w:t>
            </w:r>
          </w:p>
        </w:tc>
        <w:tc>
          <w:tcPr>
            <w:tcW w:w="2916" w:type="dxa"/>
          </w:tcPr>
          <w:p w:rsidR="00BB513F" w:rsidRDefault="00EB5419">
            <w:r>
              <w:t>1</w:t>
            </w:r>
          </w:p>
        </w:tc>
        <w:tc>
          <w:tcPr>
            <w:tcW w:w="2916" w:type="dxa"/>
          </w:tcPr>
          <w:p w:rsidR="00BB513F" w:rsidRDefault="00EB5419">
            <w:r>
              <w:t>145</w:t>
            </w:r>
          </w:p>
        </w:tc>
        <w:tc>
          <w:tcPr>
            <w:tcW w:w="2916" w:type="dxa"/>
          </w:tcPr>
          <w:p w:rsidR="00BB513F" w:rsidRDefault="00EB5419">
            <w:r>
              <w:t>145</w:t>
            </w:r>
          </w:p>
        </w:tc>
      </w:tr>
      <w:tr w:rsidR="00BB513F">
        <w:tc>
          <w:tcPr>
            <w:tcW w:w="2916" w:type="dxa"/>
          </w:tcPr>
          <w:p w:rsidR="00BB513F" w:rsidRDefault="00EB5419">
            <w:r>
              <w:t>Soap</w:t>
            </w:r>
          </w:p>
        </w:tc>
        <w:tc>
          <w:tcPr>
            <w:tcW w:w="2916" w:type="dxa"/>
          </w:tcPr>
          <w:p w:rsidR="00BB513F" w:rsidRDefault="00EB5419">
            <w:r>
              <w:t>3</w:t>
            </w:r>
          </w:p>
        </w:tc>
        <w:tc>
          <w:tcPr>
            <w:tcW w:w="2916" w:type="dxa"/>
          </w:tcPr>
          <w:p w:rsidR="00BB513F" w:rsidRDefault="00EB5419">
            <w:r>
              <w:t>50</w:t>
            </w:r>
          </w:p>
        </w:tc>
        <w:tc>
          <w:tcPr>
            <w:tcW w:w="2916" w:type="dxa"/>
          </w:tcPr>
          <w:p w:rsidR="00BB513F" w:rsidRDefault="00EB5419">
            <w:r>
              <w:t>150</w:t>
            </w:r>
          </w:p>
        </w:tc>
      </w:tr>
    </w:tbl>
    <w:p w:rsidR="00BB513F" w:rsidRDefault="00EB5419">
      <w:pPr>
        <w:jc w:val="center"/>
      </w:pPr>
      <w:r>
        <w:t>--------------------------------</w:t>
      </w:r>
    </w:p>
    <w:p w:rsidR="00BB513F" w:rsidRDefault="00EB5419">
      <w:r>
        <w:t>Subtotal:      520</w:t>
      </w:r>
      <w:r>
        <w:br/>
        <w:t>VAT:            40</w:t>
      </w:r>
      <w:r>
        <w:br/>
        <w:t>Discount:       20</w:t>
      </w:r>
      <w:r>
        <w:br/>
        <w:t>TOTAL:         540</w:t>
      </w:r>
      <w:r>
        <w:br/>
        <w:t>Paid:          600</w:t>
      </w:r>
      <w:r>
        <w:br/>
        <w:t>Balance:        60</w:t>
      </w:r>
      <w:r>
        <w:br/>
        <w:t>Payment: M-PESA</w:t>
      </w:r>
    </w:p>
    <w:p w:rsidR="00BB513F" w:rsidRDefault="00EB5419">
      <w:pPr>
        <w:jc w:val="center"/>
      </w:pPr>
      <w:r>
        <w:t>--------------------------------</w:t>
      </w:r>
    </w:p>
    <w:p w:rsidR="00BB513F" w:rsidRDefault="00EB5419">
      <w:pPr>
        <w:jc w:val="center"/>
      </w:pPr>
      <w:r>
        <w:rPr>
          <w:b/>
        </w:rPr>
        <w:t>Thank you for shopping!</w:t>
      </w:r>
      <w:r>
        <w:rPr>
          <w:b/>
        </w:rPr>
        <w:br/>
      </w:r>
      <w:r>
        <w:t>Goods once sold not returnable</w:t>
      </w:r>
      <w:r>
        <w:br/>
        <w:t>www.examplestore.com</w:t>
      </w:r>
    </w:p>
    <w:sectPr w:rsidR="00BB513F" w:rsidSect="00034616">
      <w:pgSz w:w="12240" w:h="15840"/>
      <w:pgMar w:top="288" w:right="288" w:bottom="288" w:left="28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6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5D781E"/>
    <w:rsid w:val="00AA1D8D"/>
    <w:rsid w:val="00B47730"/>
    <w:rsid w:val="00BB513F"/>
    <w:rsid w:val="00CB0664"/>
    <w:rsid w:val="00DA3630"/>
    <w:rsid w:val="00EB5419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docId w15:val="{C46D6F0B-28A8-4019-991F-835471EF0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  <w:rPr>
      <w:rFonts w:ascii="Courier New" w:eastAsia="Courier New" w:hAnsi="Courier New"/>
      <w:sz w:val="16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7858FC9-9AF5-4430-82C6-7E7E93600D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264</Words>
  <Characters>1509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1770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Microsoft account</cp:lastModifiedBy>
  <cp:revision>2</cp:revision>
  <dcterms:created xsi:type="dcterms:W3CDTF">2026-06-07T10:53:00Z</dcterms:created>
  <dcterms:modified xsi:type="dcterms:W3CDTF">2026-06-07T10:53:00Z</dcterms:modified>
  <cp:category/>
</cp:coreProperties>
</file>